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A819B" w14:textId="243D4A5A" w:rsidR="000C6EE7" w:rsidRDefault="000C6EE7">
      <w:r>
        <w:rPr>
          <w:noProof/>
        </w:rPr>
        <w:drawing>
          <wp:inline distT="0" distB="0" distL="0" distR="0" wp14:anchorId="1930FE85" wp14:editId="4C68C1FF">
            <wp:extent cx="4401820" cy="1164590"/>
            <wp:effectExtent l="0" t="0" r="0" b="0"/>
            <wp:docPr id="12408619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01820" cy="1164590"/>
                    </a:xfrm>
                    <a:prstGeom prst="rect">
                      <a:avLst/>
                    </a:prstGeom>
                    <a:noFill/>
                  </pic:spPr>
                </pic:pic>
              </a:graphicData>
            </a:graphic>
          </wp:inline>
        </w:drawing>
      </w:r>
    </w:p>
    <w:p w14:paraId="05CCFB8C" w14:textId="04FCB5FC" w:rsidR="000C6EE7" w:rsidRDefault="00B641E2" w:rsidP="000C6EE7">
      <w:pPr>
        <w:ind w:right="27"/>
        <w:rPr>
          <w:rFonts w:ascii="Arial" w:hAnsi="Arial" w:cs="Arial"/>
          <w:b/>
          <w:sz w:val="56"/>
          <w:szCs w:val="56"/>
        </w:rPr>
      </w:pPr>
      <w:r>
        <w:rPr>
          <w:rFonts w:ascii="Arial" w:hAnsi="Arial" w:cs="Arial"/>
          <w:b/>
          <w:sz w:val="56"/>
          <w:szCs w:val="56"/>
        </w:rPr>
        <w:t>HEALTH AND SAFETY</w:t>
      </w:r>
      <w:r w:rsidR="000C6EE7">
        <w:rPr>
          <w:rFonts w:ascii="Arial" w:hAnsi="Arial" w:cs="Arial"/>
          <w:b/>
          <w:sz w:val="56"/>
          <w:szCs w:val="56"/>
        </w:rPr>
        <w:t xml:space="preserve"> POLICY | ADOPTED </w:t>
      </w:r>
      <w:r w:rsidR="00025D44">
        <w:rPr>
          <w:rFonts w:ascii="Arial" w:hAnsi="Arial" w:cs="Arial"/>
          <w:b/>
          <w:sz w:val="56"/>
          <w:szCs w:val="56"/>
        </w:rPr>
        <w:t>APRIL</w:t>
      </w:r>
      <w:r w:rsidR="000C6EE7">
        <w:rPr>
          <w:rFonts w:ascii="Arial" w:hAnsi="Arial" w:cs="Arial"/>
          <w:b/>
          <w:sz w:val="56"/>
          <w:szCs w:val="56"/>
        </w:rPr>
        <w:t xml:space="preserve"> 2026</w:t>
      </w:r>
    </w:p>
    <w:tbl>
      <w:tblPr>
        <w:tblStyle w:val="TableGrid"/>
        <w:tblW w:w="0" w:type="auto"/>
        <w:tblLook w:val="04A0" w:firstRow="1" w:lastRow="0" w:firstColumn="1" w:lastColumn="0" w:noHBand="0" w:noVBand="1"/>
      </w:tblPr>
      <w:tblGrid>
        <w:gridCol w:w="2263"/>
        <w:gridCol w:w="4536"/>
      </w:tblGrid>
      <w:tr w:rsidR="00B31D04" w14:paraId="54E1C316" w14:textId="77777777" w:rsidTr="002E7B37">
        <w:tc>
          <w:tcPr>
            <w:tcW w:w="2263" w:type="dxa"/>
          </w:tcPr>
          <w:p w14:paraId="51970578" w14:textId="77777777" w:rsidR="00B31D04" w:rsidRDefault="00B31D04" w:rsidP="002E7B37">
            <w:pPr>
              <w:rPr>
                <w:rFonts w:ascii="Arial" w:hAnsi="Arial" w:cs="Arial"/>
                <w:b/>
                <w:bCs/>
              </w:rPr>
            </w:pPr>
            <w:r>
              <w:rPr>
                <w:rFonts w:ascii="Arial" w:hAnsi="Arial" w:cs="Arial"/>
                <w:b/>
                <w:bCs/>
              </w:rPr>
              <w:t>Policy</w:t>
            </w:r>
          </w:p>
        </w:tc>
        <w:tc>
          <w:tcPr>
            <w:tcW w:w="4536" w:type="dxa"/>
          </w:tcPr>
          <w:p w14:paraId="29B9B858" w14:textId="77777777" w:rsidR="00B31D04" w:rsidRDefault="00B31D04" w:rsidP="002E7B37">
            <w:pPr>
              <w:rPr>
                <w:rFonts w:ascii="Arial" w:hAnsi="Arial" w:cs="Arial"/>
                <w:b/>
                <w:bCs/>
              </w:rPr>
            </w:pPr>
            <w:r>
              <w:rPr>
                <w:rFonts w:ascii="Arial" w:hAnsi="Arial" w:cs="Arial"/>
                <w:b/>
                <w:bCs/>
              </w:rPr>
              <w:t>Date &amp; Minute</w:t>
            </w:r>
          </w:p>
        </w:tc>
      </w:tr>
      <w:tr w:rsidR="00B31D04" w14:paraId="0064E997" w14:textId="77777777" w:rsidTr="002E7B37">
        <w:tc>
          <w:tcPr>
            <w:tcW w:w="2263" w:type="dxa"/>
          </w:tcPr>
          <w:p w14:paraId="740608E4" w14:textId="77777777" w:rsidR="00B31D04" w:rsidRPr="003B7D93" w:rsidRDefault="00B31D04" w:rsidP="002E7B37">
            <w:pPr>
              <w:rPr>
                <w:rFonts w:ascii="Arial" w:hAnsi="Arial" w:cs="Arial"/>
              </w:rPr>
            </w:pPr>
            <w:r w:rsidRPr="003B7D93">
              <w:rPr>
                <w:rFonts w:ascii="Arial" w:hAnsi="Arial" w:cs="Arial"/>
              </w:rPr>
              <w:t>Adopted</w:t>
            </w:r>
          </w:p>
        </w:tc>
        <w:tc>
          <w:tcPr>
            <w:tcW w:w="4536" w:type="dxa"/>
          </w:tcPr>
          <w:p w14:paraId="2690143B" w14:textId="3BCC0AC1" w:rsidR="00B31D04" w:rsidRPr="003B7D93" w:rsidRDefault="00B31D04" w:rsidP="002E7B37">
            <w:pPr>
              <w:rPr>
                <w:rFonts w:ascii="Arial" w:hAnsi="Arial" w:cs="Arial"/>
              </w:rPr>
            </w:pPr>
            <w:r w:rsidRPr="003B7D93">
              <w:rPr>
                <w:rFonts w:ascii="Arial" w:hAnsi="Arial" w:cs="Arial"/>
              </w:rPr>
              <w:t>30.0</w:t>
            </w:r>
            <w:r w:rsidR="008F002E">
              <w:rPr>
                <w:rFonts w:ascii="Arial" w:hAnsi="Arial" w:cs="Arial"/>
              </w:rPr>
              <w:t>4</w:t>
            </w:r>
            <w:r w:rsidRPr="003B7D93">
              <w:rPr>
                <w:rFonts w:ascii="Arial" w:hAnsi="Arial" w:cs="Arial"/>
              </w:rPr>
              <w:t>.26 Min No 8/26 b (</w:t>
            </w:r>
            <w:r w:rsidR="004A7E05" w:rsidRPr="003B7D93">
              <w:rPr>
                <w:rFonts w:ascii="Arial" w:hAnsi="Arial" w:cs="Arial"/>
              </w:rPr>
              <w:t>ii</w:t>
            </w:r>
            <w:r w:rsidRPr="003B7D93">
              <w:rPr>
                <w:rFonts w:ascii="Arial" w:hAnsi="Arial" w:cs="Arial"/>
              </w:rPr>
              <w:t>i)</w:t>
            </w:r>
          </w:p>
        </w:tc>
      </w:tr>
      <w:tr w:rsidR="00B31D04" w14:paraId="25F5E4B9" w14:textId="77777777" w:rsidTr="002E7B37">
        <w:tc>
          <w:tcPr>
            <w:tcW w:w="2263" w:type="dxa"/>
          </w:tcPr>
          <w:p w14:paraId="3A61E447" w14:textId="77777777" w:rsidR="00B31D04" w:rsidRPr="003B7D93" w:rsidRDefault="00B31D04" w:rsidP="002E7B37">
            <w:pPr>
              <w:rPr>
                <w:rFonts w:ascii="Arial" w:hAnsi="Arial" w:cs="Arial"/>
              </w:rPr>
            </w:pPr>
            <w:r w:rsidRPr="003B7D93">
              <w:rPr>
                <w:rFonts w:ascii="Arial" w:hAnsi="Arial" w:cs="Arial"/>
              </w:rPr>
              <w:t>Reviewed</w:t>
            </w:r>
          </w:p>
        </w:tc>
        <w:tc>
          <w:tcPr>
            <w:tcW w:w="4536" w:type="dxa"/>
          </w:tcPr>
          <w:p w14:paraId="587F47E4" w14:textId="77777777" w:rsidR="00B31D04" w:rsidRPr="003B7D93" w:rsidRDefault="00B31D04" w:rsidP="002E7B37">
            <w:pPr>
              <w:rPr>
                <w:rFonts w:ascii="Arial" w:hAnsi="Arial" w:cs="Arial"/>
              </w:rPr>
            </w:pPr>
          </w:p>
        </w:tc>
      </w:tr>
      <w:tr w:rsidR="00B31D04" w14:paraId="6AECEAEA" w14:textId="77777777" w:rsidTr="002E7B37">
        <w:tc>
          <w:tcPr>
            <w:tcW w:w="2263" w:type="dxa"/>
          </w:tcPr>
          <w:p w14:paraId="65546073" w14:textId="77777777" w:rsidR="00B31D04" w:rsidRPr="003B7D93" w:rsidRDefault="00B31D04" w:rsidP="002E7B37">
            <w:pPr>
              <w:rPr>
                <w:rFonts w:ascii="Arial" w:hAnsi="Arial" w:cs="Arial"/>
              </w:rPr>
            </w:pPr>
            <w:r w:rsidRPr="003B7D93">
              <w:rPr>
                <w:rFonts w:ascii="Arial" w:hAnsi="Arial" w:cs="Arial"/>
              </w:rPr>
              <w:t>Review</w:t>
            </w:r>
          </w:p>
        </w:tc>
        <w:tc>
          <w:tcPr>
            <w:tcW w:w="4536" w:type="dxa"/>
          </w:tcPr>
          <w:p w14:paraId="71051469" w14:textId="77777777" w:rsidR="00B31D04" w:rsidRPr="003B7D93" w:rsidRDefault="00B31D04" w:rsidP="002E7B37">
            <w:pPr>
              <w:rPr>
                <w:rFonts w:ascii="Arial" w:hAnsi="Arial" w:cs="Arial"/>
              </w:rPr>
            </w:pPr>
            <w:r w:rsidRPr="003B7D93">
              <w:rPr>
                <w:rFonts w:ascii="Arial" w:hAnsi="Arial" w:cs="Arial"/>
              </w:rPr>
              <w:t>Yearly</w:t>
            </w:r>
          </w:p>
        </w:tc>
      </w:tr>
    </w:tbl>
    <w:p w14:paraId="1F329D82" w14:textId="77777777" w:rsidR="00B31D04" w:rsidRDefault="00B31D04" w:rsidP="000C6EE7">
      <w:pPr>
        <w:ind w:right="27"/>
        <w:rPr>
          <w:rFonts w:ascii="Arial" w:hAnsi="Arial" w:cs="Arial"/>
          <w:b/>
          <w:sz w:val="56"/>
          <w:szCs w:val="56"/>
        </w:rPr>
      </w:pPr>
    </w:p>
    <w:p w14:paraId="3BD44BC1" w14:textId="77777777" w:rsidR="00B31D04" w:rsidRDefault="00B31D04" w:rsidP="000C6EE7">
      <w:pPr>
        <w:ind w:right="27"/>
        <w:rPr>
          <w:rFonts w:ascii="Arial" w:hAnsi="Arial" w:cs="Arial"/>
          <w:b/>
          <w:sz w:val="56"/>
          <w:szCs w:val="56"/>
        </w:rPr>
      </w:pPr>
    </w:p>
    <w:p w14:paraId="550BE8EF" w14:textId="77777777" w:rsidR="00B31D04" w:rsidRDefault="00B31D04" w:rsidP="000C6EE7">
      <w:pPr>
        <w:ind w:right="27"/>
        <w:rPr>
          <w:rFonts w:ascii="Arial" w:hAnsi="Arial" w:cs="Arial"/>
          <w:b/>
          <w:sz w:val="56"/>
          <w:szCs w:val="56"/>
        </w:rPr>
      </w:pPr>
    </w:p>
    <w:p w14:paraId="6051D72A" w14:textId="77777777" w:rsidR="00B31D04" w:rsidRDefault="00B31D04" w:rsidP="000C6EE7">
      <w:pPr>
        <w:ind w:right="27"/>
        <w:rPr>
          <w:rFonts w:ascii="Arial" w:hAnsi="Arial" w:cs="Arial"/>
          <w:b/>
          <w:sz w:val="56"/>
          <w:szCs w:val="56"/>
        </w:rPr>
      </w:pPr>
    </w:p>
    <w:p w14:paraId="4265185E" w14:textId="77777777" w:rsidR="00B31D04" w:rsidRDefault="00B31D04" w:rsidP="000C6EE7">
      <w:pPr>
        <w:ind w:right="27"/>
        <w:rPr>
          <w:rFonts w:ascii="Arial" w:hAnsi="Arial" w:cs="Arial"/>
          <w:b/>
          <w:sz w:val="56"/>
          <w:szCs w:val="56"/>
        </w:rPr>
      </w:pPr>
    </w:p>
    <w:p w14:paraId="206D9C7F" w14:textId="77777777" w:rsidR="00B31D04" w:rsidRDefault="00B31D04" w:rsidP="000C6EE7">
      <w:pPr>
        <w:ind w:right="27"/>
        <w:rPr>
          <w:rFonts w:ascii="Arial" w:hAnsi="Arial" w:cs="Arial"/>
          <w:b/>
          <w:sz w:val="56"/>
          <w:szCs w:val="56"/>
        </w:rPr>
      </w:pPr>
    </w:p>
    <w:p w14:paraId="75299B5B" w14:textId="77777777" w:rsidR="00B31D04" w:rsidRDefault="00B31D04" w:rsidP="000C6EE7">
      <w:pPr>
        <w:ind w:right="27"/>
        <w:rPr>
          <w:rFonts w:ascii="Arial" w:hAnsi="Arial" w:cs="Arial"/>
          <w:b/>
          <w:sz w:val="56"/>
          <w:szCs w:val="56"/>
        </w:rPr>
      </w:pPr>
    </w:p>
    <w:p w14:paraId="3F07A901" w14:textId="77777777" w:rsidR="00B31D04" w:rsidRDefault="00B31D04" w:rsidP="000C6EE7">
      <w:pPr>
        <w:ind w:right="27"/>
        <w:rPr>
          <w:rFonts w:ascii="Arial" w:hAnsi="Arial" w:cs="Arial"/>
          <w:b/>
          <w:sz w:val="56"/>
          <w:szCs w:val="56"/>
        </w:rPr>
      </w:pPr>
    </w:p>
    <w:p w14:paraId="1996220E" w14:textId="77777777" w:rsidR="00B31D04" w:rsidRDefault="00B31D04" w:rsidP="000C6EE7">
      <w:pPr>
        <w:ind w:right="27"/>
        <w:rPr>
          <w:rFonts w:ascii="Arial" w:hAnsi="Arial" w:cs="Arial"/>
          <w:b/>
          <w:sz w:val="56"/>
          <w:szCs w:val="56"/>
        </w:rPr>
      </w:pPr>
    </w:p>
    <w:p w14:paraId="703AB7A9" w14:textId="77777777" w:rsidR="00B31D04" w:rsidRPr="00043A83" w:rsidRDefault="00B31D04" w:rsidP="000C6EE7">
      <w:pPr>
        <w:ind w:right="27"/>
        <w:rPr>
          <w:rFonts w:ascii="Arial" w:hAnsi="Arial" w:cs="Arial"/>
          <w:b/>
          <w:sz w:val="56"/>
          <w:szCs w:val="56"/>
        </w:rPr>
      </w:pPr>
    </w:p>
    <w:p w14:paraId="22A497CC" w14:textId="31F6D163" w:rsidR="000C6EE7" w:rsidRPr="009A2629" w:rsidRDefault="00AE688B" w:rsidP="00AE688B">
      <w:pPr>
        <w:spacing w:after="0" w:line="240" w:lineRule="auto"/>
        <w:rPr>
          <w:rFonts w:ascii="Arial" w:hAnsi="Arial" w:cs="Arial"/>
          <w:b/>
          <w:bCs/>
          <w:sz w:val="24"/>
          <w:szCs w:val="24"/>
        </w:rPr>
      </w:pPr>
      <w:r w:rsidRPr="009A2629">
        <w:rPr>
          <w:rFonts w:ascii="Arial" w:hAnsi="Arial" w:cs="Arial"/>
          <w:b/>
          <w:bCs/>
          <w:sz w:val="24"/>
          <w:szCs w:val="24"/>
        </w:rPr>
        <w:t>Introduction</w:t>
      </w:r>
    </w:p>
    <w:p w14:paraId="039D7F39" w14:textId="77777777" w:rsidR="002E2907" w:rsidRPr="002E2907" w:rsidRDefault="002E2907" w:rsidP="00AE688B">
      <w:pPr>
        <w:spacing w:after="0" w:line="240" w:lineRule="auto"/>
        <w:rPr>
          <w:rFonts w:ascii="Arial" w:hAnsi="Arial" w:cs="Arial"/>
        </w:rPr>
      </w:pPr>
    </w:p>
    <w:p w14:paraId="38A3E5F1" w14:textId="1582078B" w:rsidR="002E2907" w:rsidRDefault="004B0BC2" w:rsidP="002E2907">
      <w:pPr>
        <w:pStyle w:val="ListParagraph"/>
        <w:numPr>
          <w:ilvl w:val="0"/>
          <w:numId w:val="10"/>
        </w:numPr>
        <w:spacing w:after="0" w:line="240" w:lineRule="auto"/>
        <w:rPr>
          <w:rFonts w:ascii="Arial" w:hAnsi="Arial" w:cs="Arial"/>
        </w:rPr>
      </w:pPr>
      <w:r w:rsidRPr="004B0BC2">
        <w:rPr>
          <w:rFonts w:ascii="Arial" w:hAnsi="Arial" w:cs="Arial"/>
        </w:rPr>
        <w:t>Elmton with Creswell Parish Council recognises its responsibilities as an employer for providing a safe and healthy environment for all its employees, contractors, voluntary helpers and others who may be affected by the activities of the Council.</w:t>
      </w:r>
    </w:p>
    <w:p w14:paraId="787512A0" w14:textId="0F427277" w:rsidR="004B0BC2" w:rsidRDefault="00317B3E" w:rsidP="002E2907">
      <w:pPr>
        <w:pStyle w:val="ListParagraph"/>
        <w:numPr>
          <w:ilvl w:val="0"/>
          <w:numId w:val="10"/>
        </w:numPr>
        <w:spacing w:after="0" w:line="240" w:lineRule="auto"/>
        <w:rPr>
          <w:rFonts w:ascii="Arial" w:hAnsi="Arial" w:cs="Arial"/>
        </w:rPr>
      </w:pPr>
      <w:r w:rsidRPr="00317B3E">
        <w:rPr>
          <w:rFonts w:ascii="Arial" w:hAnsi="Arial" w:cs="Arial"/>
        </w:rPr>
        <w:t>The Council will make every effort to meet its responsibilities under the Health and Safety at Work Act 1974 and will have regard to health and safety legislation, approved Codes of Practice, Guidance Notes and other relevant information issued by the Health and Safety Executive.</w:t>
      </w:r>
    </w:p>
    <w:p w14:paraId="20C76416" w14:textId="39B70207" w:rsidR="00317B3E" w:rsidRDefault="006A040C" w:rsidP="002E2907">
      <w:pPr>
        <w:pStyle w:val="ListParagraph"/>
        <w:numPr>
          <w:ilvl w:val="0"/>
          <w:numId w:val="10"/>
        </w:numPr>
        <w:spacing w:after="0" w:line="240" w:lineRule="auto"/>
        <w:rPr>
          <w:rFonts w:ascii="Arial" w:hAnsi="Arial" w:cs="Arial"/>
        </w:rPr>
      </w:pPr>
      <w:r w:rsidRPr="006A040C">
        <w:rPr>
          <w:rFonts w:ascii="Arial" w:hAnsi="Arial" w:cs="Arial"/>
        </w:rPr>
        <w:t xml:space="preserve">An up-to-date copy of this Policy shall be maintained on </w:t>
      </w:r>
      <w:r>
        <w:rPr>
          <w:rFonts w:ascii="Arial" w:hAnsi="Arial" w:cs="Arial"/>
        </w:rPr>
        <w:t>Elmton with Creswell</w:t>
      </w:r>
      <w:r w:rsidRPr="006A040C">
        <w:rPr>
          <w:rFonts w:ascii="Arial" w:hAnsi="Arial" w:cs="Arial"/>
        </w:rPr>
        <w:t xml:space="preserve"> Parish Council’s website.</w:t>
      </w:r>
    </w:p>
    <w:p w14:paraId="6990AB9E" w14:textId="77777777" w:rsidR="006A040C" w:rsidRDefault="006A040C" w:rsidP="006A040C">
      <w:pPr>
        <w:spacing w:after="0" w:line="240" w:lineRule="auto"/>
        <w:rPr>
          <w:rFonts w:ascii="Arial" w:hAnsi="Arial" w:cs="Arial"/>
        </w:rPr>
      </w:pPr>
    </w:p>
    <w:p w14:paraId="6A71D077" w14:textId="7733C8C2" w:rsidR="006A040C" w:rsidRPr="009A2629" w:rsidRDefault="006A040C" w:rsidP="006A040C">
      <w:pPr>
        <w:spacing w:after="0" w:line="240" w:lineRule="auto"/>
        <w:rPr>
          <w:rFonts w:ascii="Arial" w:hAnsi="Arial" w:cs="Arial"/>
          <w:b/>
          <w:bCs/>
          <w:sz w:val="24"/>
          <w:szCs w:val="24"/>
        </w:rPr>
      </w:pPr>
      <w:r w:rsidRPr="009A2629">
        <w:rPr>
          <w:rFonts w:ascii="Arial" w:hAnsi="Arial" w:cs="Arial"/>
          <w:b/>
          <w:bCs/>
          <w:sz w:val="24"/>
          <w:szCs w:val="24"/>
        </w:rPr>
        <w:t>Purpose</w:t>
      </w:r>
    </w:p>
    <w:p w14:paraId="4362ABD6" w14:textId="77777777" w:rsidR="006A040C" w:rsidRDefault="006A040C" w:rsidP="006A040C">
      <w:pPr>
        <w:spacing w:after="0" w:line="240" w:lineRule="auto"/>
        <w:rPr>
          <w:rFonts w:ascii="Arial" w:hAnsi="Arial" w:cs="Arial"/>
          <w:b/>
          <w:bCs/>
        </w:rPr>
      </w:pPr>
    </w:p>
    <w:p w14:paraId="07F1D090" w14:textId="77777777" w:rsidR="006A5F9D" w:rsidRDefault="006A5F9D" w:rsidP="00721084">
      <w:pPr>
        <w:pStyle w:val="ListParagraph"/>
        <w:numPr>
          <w:ilvl w:val="0"/>
          <w:numId w:val="11"/>
        </w:numPr>
        <w:spacing w:after="0" w:line="240" w:lineRule="auto"/>
        <w:rPr>
          <w:rFonts w:ascii="Arial" w:hAnsi="Arial" w:cs="Arial"/>
        </w:rPr>
      </w:pPr>
      <w:r w:rsidRPr="006A5F9D">
        <w:rPr>
          <w:rFonts w:ascii="Arial" w:hAnsi="Arial" w:cs="Arial"/>
        </w:rPr>
        <w:t xml:space="preserve">The purpose of this Policy is to ensure that Shirland and Higham Parish Council provides, as far as is reasonably practicable: </w:t>
      </w:r>
    </w:p>
    <w:p w14:paraId="016FA83B" w14:textId="77777777" w:rsidR="006A5F9D" w:rsidRDefault="006A5F9D" w:rsidP="006A5F9D">
      <w:pPr>
        <w:pStyle w:val="ListParagraph"/>
        <w:spacing w:after="0" w:line="240" w:lineRule="auto"/>
        <w:rPr>
          <w:rFonts w:ascii="Arial" w:hAnsi="Arial" w:cs="Arial"/>
        </w:rPr>
      </w:pPr>
    </w:p>
    <w:p w14:paraId="13711A8A" w14:textId="04F63FCB" w:rsidR="006A5F9D" w:rsidRPr="00010A2E" w:rsidRDefault="006A5F9D" w:rsidP="00010A2E">
      <w:pPr>
        <w:pStyle w:val="ListParagraph"/>
        <w:numPr>
          <w:ilvl w:val="0"/>
          <w:numId w:val="14"/>
        </w:numPr>
        <w:spacing w:after="0" w:line="240" w:lineRule="auto"/>
        <w:rPr>
          <w:rFonts w:ascii="Arial" w:hAnsi="Arial" w:cs="Arial"/>
        </w:rPr>
      </w:pPr>
      <w:r w:rsidRPr="00010A2E">
        <w:rPr>
          <w:rFonts w:ascii="Arial" w:hAnsi="Arial" w:cs="Arial"/>
        </w:rPr>
        <w:t>A safe place to work and a safe working environment</w:t>
      </w:r>
      <w:r w:rsidR="004233EB" w:rsidRPr="00010A2E">
        <w:rPr>
          <w:rFonts w:ascii="Arial" w:hAnsi="Arial" w:cs="Arial"/>
        </w:rPr>
        <w:t>.</w:t>
      </w:r>
    </w:p>
    <w:p w14:paraId="14D4F768" w14:textId="7BBD0860" w:rsidR="006A5F9D" w:rsidRPr="00010A2E" w:rsidRDefault="006A5F9D" w:rsidP="00010A2E">
      <w:pPr>
        <w:pStyle w:val="ListParagraph"/>
        <w:numPr>
          <w:ilvl w:val="0"/>
          <w:numId w:val="14"/>
        </w:numPr>
        <w:spacing w:after="0" w:line="240" w:lineRule="auto"/>
        <w:rPr>
          <w:rFonts w:ascii="Arial" w:hAnsi="Arial" w:cs="Arial"/>
        </w:rPr>
      </w:pPr>
      <w:r w:rsidRPr="00010A2E">
        <w:rPr>
          <w:rFonts w:ascii="Arial" w:hAnsi="Arial" w:cs="Arial"/>
        </w:rPr>
        <w:t>Sufficient information, instruction and training for employees, contractors and voluntary helpers to carry out their work safely</w:t>
      </w:r>
      <w:r w:rsidR="004233EB" w:rsidRPr="00010A2E">
        <w:rPr>
          <w:rFonts w:ascii="Arial" w:hAnsi="Arial" w:cs="Arial"/>
        </w:rPr>
        <w:t>.</w:t>
      </w:r>
      <w:r w:rsidRPr="00010A2E">
        <w:rPr>
          <w:rFonts w:ascii="Arial" w:hAnsi="Arial" w:cs="Arial"/>
        </w:rPr>
        <w:t xml:space="preserve"> </w:t>
      </w:r>
    </w:p>
    <w:p w14:paraId="7AA92C53" w14:textId="159A3754" w:rsidR="006A040C" w:rsidRDefault="006A5F9D" w:rsidP="00010A2E">
      <w:pPr>
        <w:pStyle w:val="ListParagraph"/>
        <w:numPr>
          <w:ilvl w:val="0"/>
          <w:numId w:val="14"/>
        </w:numPr>
        <w:spacing w:after="0" w:line="240" w:lineRule="auto"/>
        <w:rPr>
          <w:rFonts w:ascii="Arial" w:hAnsi="Arial" w:cs="Arial"/>
        </w:rPr>
      </w:pPr>
      <w:r w:rsidRPr="00010A2E">
        <w:rPr>
          <w:rFonts w:ascii="Arial" w:hAnsi="Arial" w:cs="Arial"/>
        </w:rPr>
        <w:t>Care and attention to health, safety and welfare of employees, contractors, voluntary helpers and members of the public who may be affected by the Council’s activities</w:t>
      </w:r>
      <w:r w:rsidR="004233EB" w:rsidRPr="00010A2E">
        <w:rPr>
          <w:rFonts w:ascii="Arial" w:hAnsi="Arial" w:cs="Arial"/>
        </w:rPr>
        <w:t>.</w:t>
      </w:r>
    </w:p>
    <w:p w14:paraId="3A06842D" w14:textId="77777777" w:rsidR="00010A2E" w:rsidRDefault="00010A2E" w:rsidP="00010A2E">
      <w:pPr>
        <w:spacing w:after="0" w:line="240" w:lineRule="auto"/>
        <w:rPr>
          <w:rFonts w:ascii="Arial" w:hAnsi="Arial" w:cs="Arial"/>
        </w:rPr>
      </w:pPr>
    </w:p>
    <w:p w14:paraId="4F96FF3F" w14:textId="15AA4326" w:rsidR="00010A2E" w:rsidRPr="009A2629" w:rsidRDefault="00700E31" w:rsidP="00010A2E">
      <w:pPr>
        <w:spacing w:after="0" w:line="240" w:lineRule="auto"/>
        <w:rPr>
          <w:rFonts w:ascii="Arial" w:hAnsi="Arial" w:cs="Arial"/>
          <w:b/>
          <w:bCs/>
          <w:sz w:val="24"/>
          <w:szCs w:val="24"/>
        </w:rPr>
      </w:pPr>
      <w:r w:rsidRPr="009A2629">
        <w:rPr>
          <w:rFonts w:ascii="Arial" w:hAnsi="Arial" w:cs="Arial"/>
          <w:b/>
          <w:bCs/>
          <w:sz w:val="24"/>
          <w:szCs w:val="24"/>
        </w:rPr>
        <w:t>Responsibilities</w:t>
      </w:r>
    </w:p>
    <w:p w14:paraId="7909071F" w14:textId="77777777" w:rsidR="002E2907" w:rsidRDefault="002E2907" w:rsidP="00AE688B">
      <w:pPr>
        <w:spacing w:after="0" w:line="240" w:lineRule="auto"/>
        <w:rPr>
          <w:rFonts w:ascii="Arial" w:hAnsi="Arial" w:cs="Arial"/>
        </w:rPr>
      </w:pPr>
    </w:p>
    <w:p w14:paraId="093571A7" w14:textId="77777777" w:rsidR="000C6E60" w:rsidRPr="000C6E60" w:rsidRDefault="000C6E60" w:rsidP="000C6E60">
      <w:pPr>
        <w:spacing w:after="0" w:line="240" w:lineRule="auto"/>
        <w:rPr>
          <w:rFonts w:ascii="Arial" w:hAnsi="Arial" w:cs="Arial"/>
        </w:rPr>
      </w:pPr>
      <w:r w:rsidRPr="000C6E60">
        <w:rPr>
          <w:rFonts w:ascii="Arial" w:hAnsi="Arial" w:cs="Arial"/>
        </w:rPr>
        <w:t xml:space="preserve">The ultimate responsibility for health and safety rests with the Councillors of </w:t>
      </w:r>
    </w:p>
    <w:p w14:paraId="6255D1A2" w14:textId="77777777" w:rsidR="000C6E60" w:rsidRPr="000C6E60" w:rsidRDefault="000C6E60" w:rsidP="000C6E60">
      <w:pPr>
        <w:spacing w:after="0" w:line="240" w:lineRule="auto"/>
        <w:rPr>
          <w:rFonts w:ascii="Arial" w:hAnsi="Arial" w:cs="Arial"/>
        </w:rPr>
      </w:pPr>
      <w:r w:rsidRPr="000C6E60">
        <w:rPr>
          <w:rFonts w:ascii="Arial" w:hAnsi="Arial" w:cs="Arial"/>
        </w:rPr>
        <w:t xml:space="preserve">Shirland and Higham Parish Council.  Day to day responsibility for </w:t>
      </w:r>
    </w:p>
    <w:p w14:paraId="11581603" w14:textId="77777777" w:rsidR="000C6E60" w:rsidRPr="000C6E60" w:rsidRDefault="000C6E60" w:rsidP="000C6E60">
      <w:pPr>
        <w:spacing w:after="0" w:line="240" w:lineRule="auto"/>
        <w:rPr>
          <w:rFonts w:ascii="Arial" w:hAnsi="Arial" w:cs="Arial"/>
        </w:rPr>
      </w:pPr>
      <w:r w:rsidRPr="000C6E60">
        <w:rPr>
          <w:rFonts w:ascii="Arial" w:hAnsi="Arial" w:cs="Arial"/>
        </w:rPr>
        <w:t xml:space="preserve">implementation is delegated to the Clerk. However, all employees have </w:t>
      </w:r>
    </w:p>
    <w:p w14:paraId="5E79CCDF" w14:textId="7B51229D" w:rsidR="00700E31" w:rsidRDefault="000C6E60" w:rsidP="000C6E60">
      <w:pPr>
        <w:spacing w:after="0" w:line="240" w:lineRule="auto"/>
        <w:rPr>
          <w:rFonts w:ascii="Arial" w:hAnsi="Arial" w:cs="Arial"/>
        </w:rPr>
      </w:pPr>
      <w:r w:rsidRPr="000C6E60">
        <w:rPr>
          <w:rFonts w:ascii="Arial" w:hAnsi="Arial" w:cs="Arial"/>
        </w:rPr>
        <w:t>responsibility for health and safety matters during their day to day duties.</w:t>
      </w:r>
    </w:p>
    <w:p w14:paraId="6D8F09F5" w14:textId="77777777" w:rsidR="000C398B" w:rsidRDefault="000C398B" w:rsidP="000C6E60">
      <w:pPr>
        <w:spacing w:after="0" w:line="240" w:lineRule="auto"/>
        <w:rPr>
          <w:rFonts w:ascii="Arial" w:hAnsi="Arial" w:cs="Arial"/>
        </w:rPr>
      </w:pPr>
    </w:p>
    <w:p w14:paraId="2FF15514" w14:textId="77777777" w:rsidR="000C398B" w:rsidRDefault="000C398B" w:rsidP="000C6E60">
      <w:pPr>
        <w:spacing w:after="0" w:line="240" w:lineRule="auto"/>
        <w:rPr>
          <w:rFonts w:ascii="Arial" w:hAnsi="Arial" w:cs="Arial"/>
        </w:rPr>
      </w:pPr>
    </w:p>
    <w:p w14:paraId="036B24D3" w14:textId="77777777" w:rsidR="000C398B" w:rsidRDefault="000C398B" w:rsidP="000C6E60">
      <w:pPr>
        <w:spacing w:after="0" w:line="240" w:lineRule="auto"/>
        <w:rPr>
          <w:rFonts w:ascii="Arial" w:hAnsi="Arial" w:cs="Arial"/>
        </w:rPr>
      </w:pPr>
    </w:p>
    <w:p w14:paraId="51D2BBC8" w14:textId="77777777" w:rsidR="00F4198D" w:rsidRDefault="00F4198D" w:rsidP="000C6E60">
      <w:pPr>
        <w:spacing w:after="0" w:line="240" w:lineRule="auto"/>
        <w:rPr>
          <w:rFonts w:ascii="Arial" w:hAnsi="Arial" w:cs="Arial"/>
        </w:rPr>
      </w:pPr>
    </w:p>
    <w:p w14:paraId="2F77531E" w14:textId="05DFFAC4" w:rsidR="00F4198D" w:rsidRPr="009A2629" w:rsidRDefault="00F4198D" w:rsidP="000C6E60">
      <w:pPr>
        <w:spacing w:after="0" w:line="240" w:lineRule="auto"/>
        <w:rPr>
          <w:rFonts w:ascii="Arial" w:hAnsi="Arial" w:cs="Arial"/>
          <w:sz w:val="24"/>
          <w:szCs w:val="24"/>
          <w:u w:val="single"/>
        </w:rPr>
      </w:pPr>
      <w:r w:rsidRPr="009A2629">
        <w:rPr>
          <w:rFonts w:ascii="Arial" w:hAnsi="Arial" w:cs="Arial"/>
          <w:sz w:val="24"/>
          <w:szCs w:val="24"/>
          <w:u w:val="single"/>
        </w:rPr>
        <w:t>Responsibilities of the Clerk</w:t>
      </w:r>
    </w:p>
    <w:p w14:paraId="36BF566D" w14:textId="77777777" w:rsidR="00F4198D" w:rsidRDefault="00F4198D" w:rsidP="000C6E60">
      <w:pPr>
        <w:spacing w:after="0" w:line="240" w:lineRule="auto"/>
        <w:rPr>
          <w:rFonts w:ascii="Arial" w:hAnsi="Arial" w:cs="Arial"/>
        </w:rPr>
      </w:pPr>
    </w:p>
    <w:p w14:paraId="0C25CB8C" w14:textId="3FC21AD9" w:rsidR="00DD329B" w:rsidRPr="00DD329B" w:rsidRDefault="00DD329B" w:rsidP="00DD329B">
      <w:pPr>
        <w:pStyle w:val="ListParagraph"/>
        <w:numPr>
          <w:ilvl w:val="0"/>
          <w:numId w:val="15"/>
        </w:numPr>
        <w:spacing w:after="0" w:line="240" w:lineRule="auto"/>
        <w:rPr>
          <w:rFonts w:ascii="Arial" w:hAnsi="Arial" w:cs="Arial"/>
        </w:rPr>
      </w:pPr>
      <w:r w:rsidRPr="00DD329B">
        <w:rPr>
          <w:rFonts w:ascii="Arial" w:hAnsi="Arial" w:cs="Arial"/>
        </w:rPr>
        <w:t xml:space="preserve">Keep informed of relevant Health and Safety Policy legislation and inform the Council accordingly. </w:t>
      </w:r>
    </w:p>
    <w:p w14:paraId="5E2511D9" w14:textId="602D6409" w:rsidR="00DD329B" w:rsidRPr="00DD329B" w:rsidRDefault="00DD329B" w:rsidP="00DD329B">
      <w:pPr>
        <w:pStyle w:val="ListParagraph"/>
        <w:numPr>
          <w:ilvl w:val="0"/>
          <w:numId w:val="15"/>
        </w:numPr>
        <w:spacing w:after="0" w:line="240" w:lineRule="auto"/>
        <w:rPr>
          <w:rFonts w:ascii="Arial" w:hAnsi="Arial" w:cs="Arial"/>
        </w:rPr>
      </w:pPr>
      <w:r w:rsidRPr="00DD329B">
        <w:rPr>
          <w:rFonts w:ascii="Arial" w:hAnsi="Arial" w:cs="Arial"/>
        </w:rPr>
        <w:t xml:space="preserve">Ensure sufficient information, instruction, training and supervision to enable all employees to identify and avoid hazards. </w:t>
      </w:r>
    </w:p>
    <w:p w14:paraId="321F76B9" w14:textId="30E0A534" w:rsidR="00F4198D" w:rsidRDefault="00DD329B" w:rsidP="00DD329B">
      <w:pPr>
        <w:pStyle w:val="ListParagraph"/>
        <w:numPr>
          <w:ilvl w:val="0"/>
          <w:numId w:val="15"/>
        </w:numPr>
        <w:spacing w:after="0" w:line="240" w:lineRule="auto"/>
        <w:rPr>
          <w:rFonts w:ascii="Arial" w:hAnsi="Arial" w:cs="Arial"/>
        </w:rPr>
      </w:pPr>
      <w:r w:rsidRPr="00DD329B">
        <w:rPr>
          <w:rFonts w:ascii="Arial" w:hAnsi="Arial" w:cs="Arial"/>
        </w:rPr>
        <w:t>Ensure that regular risk assessments are carried out where required.</w:t>
      </w:r>
    </w:p>
    <w:p w14:paraId="5375F125" w14:textId="77777777" w:rsidR="00E8760B" w:rsidRDefault="00E8760B" w:rsidP="00133DAB">
      <w:pPr>
        <w:spacing w:after="0" w:line="240" w:lineRule="auto"/>
        <w:ind w:firstLine="720"/>
      </w:pPr>
      <w:r>
        <w:t xml:space="preserve">Maintain a record of risk assessments. </w:t>
      </w:r>
    </w:p>
    <w:p w14:paraId="6EB0F4D3" w14:textId="6BF56BFB" w:rsidR="00E8760B" w:rsidRPr="00133DAB" w:rsidRDefault="00E8760B" w:rsidP="00133DAB">
      <w:pPr>
        <w:pStyle w:val="ListParagraph"/>
        <w:numPr>
          <w:ilvl w:val="0"/>
          <w:numId w:val="16"/>
        </w:numPr>
        <w:spacing w:after="0" w:line="240" w:lineRule="auto"/>
        <w:rPr>
          <w:rFonts w:ascii="Arial" w:hAnsi="Arial" w:cs="Arial"/>
        </w:rPr>
      </w:pPr>
      <w:r w:rsidRPr="00133DAB">
        <w:rPr>
          <w:rFonts w:ascii="Arial" w:hAnsi="Arial" w:cs="Arial"/>
        </w:rPr>
        <w:lastRenderedPageBreak/>
        <w:t xml:space="preserve">Make effective arrangements to ensure that contractors or voluntary </w:t>
      </w:r>
    </w:p>
    <w:p w14:paraId="15AD416F" w14:textId="77777777" w:rsidR="00E8760B" w:rsidRPr="00E8760B" w:rsidRDefault="00E8760B" w:rsidP="00133DAB">
      <w:pPr>
        <w:spacing w:after="0" w:line="240" w:lineRule="auto"/>
        <w:ind w:firstLine="720"/>
        <w:rPr>
          <w:rFonts w:ascii="Arial" w:hAnsi="Arial" w:cs="Arial"/>
        </w:rPr>
      </w:pPr>
      <w:r w:rsidRPr="00E8760B">
        <w:rPr>
          <w:rFonts w:ascii="Arial" w:hAnsi="Arial" w:cs="Arial"/>
        </w:rPr>
        <w:t xml:space="preserve">helpers working for the Council comply with all reasonable health and </w:t>
      </w:r>
    </w:p>
    <w:p w14:paraId="32B3FFB0" w14:textId="77777777" w:rsidR="00E8760B" w:rsidRPr="00E8760B" w:rsidRDefault="00E8760B" w:rsidP="00133DAB">
      <w:pPr>
        <w:spacing w:after="0" w:line="240" w:lineRule="auto"/>
        <w:ind w:firstLine="720"/>
        <w:rPr>
          <w:rFonts w:ascii="Arial" w:hAnsi="Arial" w:cs="Arial"/>
        </w:rPr>
      </w:pPr>
      <w:r w:rsidRPr="00E8760B">
        <w:rPr>
          <w:rFonts w:ascii="Arial" w:hAnsi="Arial" w:cs="Arial"/>
        </w:rPr>
        <w:t xml:space="preserve">safety at work requirements. </w:t>
      </w:r>
    </w:p>
    <w:p w14:paraId="3E64DDE7" w14:textId="476C560C" w:rsidR="00E8760B" w:rsidRPr="00133DAB" w:rsidRDefault="00E8760B" w:rsidP="00133DAB">
      <w:pPr>
        <w:pStyle w:val="ListParagraph"/>
        <w:numPr>
          <w:ilvl w:val="0"/>
          <w:numId w:val="16"/>
        </w:numPr>
        <w:spacing w:after="0" w:line="240" w:lineRule="auto"/>
        <w:rPr>
          <w:rFonts w:ascii="Arial" w:hAnsi="Arial" w:cs="Arial"/>
        </w:rPr>
      </w:pPr>
      <w:r w:rsidRPr="00133DAB">
        <w:rPr>
          <w:rFonts w:ascii="Arial" w:hAnsi="Arial" w:cs="Arial"/>
        </w:rPr>
        <w:t xml:space="preserve">Maintain a central record of notified accidents. </w:t>
      </w:r>
    </w:p>
    <w:p w14:paraId="3EA1AE06" w14:textId="0FBE2B7C" w:rsidR="00E8760B" w:rsidRPr="00133DAB" w:rsidRDefault="00E8760B" w:rsidP="00133DAB">
      <w:pPr>
        <w:pStyle w:val="ListParagraph"/>
        <w:numPr>
          <w:ilvl w:val="0"/>
          <w:numId w:val="16"/>
        </w:numPr>
        <w:spacing w:after="0" w:line="240" w:lineRule="auto"/>
        <w:rPr>
          <w:rFonts w:ascii="Arial" w:hAnsi="Arial" w:cs="Arial"/>
        </w:rPr>
      </w:pPr>
      <w:r w:rsidRPr="00133DAB">
        <w:rPr>
          <w:rFonts w:ascii="Arial" w:hAnsi="Arial" w:cs="Arial"/>
        </w:rPr>
        <w:t xml:space="preserve">Ensure that the workplace and equipment is subjected to regular health </w:t>
      </w:r>
    </w:p>
    <w:p w14:paraId="5B9E047A" w14:textId="77777777" w:rsidR="00E8760B" w:rsidRPr="00E8760B" w:rsidRDefault="00E8760B" w:rsidP="00133DAB">
      <w:pPr>
        <w:spacing w:after="0" w:line="240" w:lineRule="auto"/>
        <w:ind w:firstLine="720"/>
        <w:rPr>
          <w:rFonts w:ascii="Arial" w:hAnsi="Arial" w:cs="Arial"/>
        </w:rPr>
      </w:pPr>
      <w:r w:rsidRPr="00E8760B">
        <w:rPr>
          <w:rFonts w:ascii="Arial" w:hAnsi="Arial" w:cs="Arial"/>
        </w:rPr>
        <w:t xml:space="preserve">and safety checks. </w:t>
      </w:r>
    </w:p>
    <w:p w14:paraId="581EB687" w14:textId="6EFD1693" w:rsidR="00E8760B" w:rsidRPr="00133DAB" w:rsidRDefault="00E8760B" w:rsidP="00133DAB">
      <w:pPr>
        <w:pStyle w:val="ListParagraph"/>
        <w:numPr>
          <w:ilvl w:val="0"/>
          <w:numId w:val="17"/>
        </w:numPr>
        <w:spacing w:after="0" w:line="240" w:lineRule="auto"/>
        <w:rPr>
          <w:rFonts w:ascii="Arial" w:hAnsi="Arial" w:cs="Arial"/>
        </w:rPr>
      </w:pPr>
      <w:r w:rsidRPr="00133DAB">
        <w:rPr>
          <w:rFonts w:ascii="Arial" w:hAnsi="Arial" w:cs="Arial"/>
        </w:rPr>
        <w:t xml:space="preserve">When an accident or hazardous incident occurs take immediate action </w:t>
      </w:r>
    </w:p>
    <w:p w14:paraId="2D4D3CB3" w14:textId="77777777" w:rsidR="00E8760B" w:rsidRPr="00E8760B" w:rsidRDefault="00E8760B" w:rsidP="00133DAB">
      <w:pPr>
        <w:spacing w:after="0" w:line="240" w:lineRule="auto"/>
        <w:ind w:firstLine="720"/>
        <w:rPr>
          <w:rFonts w:ascii="Arial" w:hAnsi="Arial" w:cs="Arial"/>
        </w:rPr>
      </w:pPr>
      <w:r w:rsidRPr="00E8760B">
        <w:rPr>
          <w:rFonts w:ascii="Arial" w:hAnsi="Arial" w:cs="Arial"/>
        </w:rPr>
        <w:t xml:space="preserve">to prevent a recurrence or further accident and to complete the </w:t>
      </w:r>
    </w:p>
    <w:p w14:paraId="071E68D6" w14:textId="77777777" w:rsidR="00E8760B" w:rsidRPr="00E8760B" w:rsidRDefault="00E8760B" w:rsidP="00133DAB">
      <w:pPr>
        <w:spacing w:after="0" w:line="240" w:lineRule="auto"/>
        <w:ind w:firstLine="720"/>
        <w:rPr>
          <w:rFonts w:ascii="Arial" w:hAnsi="Arial" w:cs="Arial"/>
        </w:rPr>
      </w:pPr>
      <w:r w:rsidRPr="00E8760B">
        <w:rPr>
          <w:rFonts w:ascii="Arial" w:hAnsi="Arial" w:cs="Arial"/>
        </w:rPr>
        <w:t xml:space="preserve">necessary accident reporting procedure. </w:t>
      </w:r>
    </w:p>
    <w:p w14:paraId="34A889FF" w14:textId="06DE555E" w:rsidR="00E8760B" w:rsidRPr="00133DAB" w:rsidRDefault="00E8760B" w:rsidP="00133DAB">
      <w:pPr>
        <w:pStyle w:val="ListParagraph"/>
        <w:numPr>
          <w:ilvl w:val="0"/>
          <w:numId w:val="17"/>
        </w:numPr>
        <w:spacing w:after="0" w:line="240" w:lineRule="auto"/>
        <w:rPr>
          <w:rFonts w:ascii="Arial" w:hAnsi="Arial" w:cs="Arial"/>
        </w:rPr>
      </w:pPr>
      <w:r w:rsidRPr="00133DAB">
        <w:rPr>
          <w:rFonts w:ascii="Arial" w:hAnsi="Arial" w:cs="Arial"/>
        </w:rPr>
        <w:t xml:space="preserve">Any health and safety issues that cannot be addressed adequately </w:t>
      </w:r>
    </w:p>
    <w:p w14:paraId="40C2D494" w14:textId="77777777" w:rsidR="00E8760B" w:rsidRPr="00E8760B" w:rsidRDefault="00E8760B" w:rsidP="00133DAB">
      <w:pPr>
        <w:spacing w:after="0" w:line="240" w:lineRule="auto"/>
        <w:ind w:firstLine="720"/>
        <w:rPr>
          <w:rFonts w:ascii="Arial" w:hAnsi="Arial" w:cs="Arial"/>
        </w:rPr>
      </w:pPr>
      <w:r w:rsidRPr="00E8760B">
        <w:rPr>
          <w:rFonts w:ascii="Arial" w:hAnsi="Arial" w:cs="Arial"/>
        </w:rPr>
        <w:t xml:space="preserve">should be referred to the Chair of the Parish Council or if he/she is </w:t>
      </w:r>
    </w:p>
    <w:p w14:paraId="609F500E" w14:textId="0D61FC8C" w:rsidR="00E8760B" w:rsidRDefault="00E8760B" w:rsidP="00133DAB">
      <w:pPr>
        <w:spacing w:after="0" w:line="240" w:lineRule="auto"/>
        <w:ind w:firstLine="720"/>
        <w:rPr>
          <w:rFonts w:ascii="Arial" w:hAnsi="Arial" w:cs="Arial"/>
        </w:rPr>
      </w:pPr>
      <w:r w:rsidRPr="00E8760B">
        <w:rPr>
          <w:rFonts w:ascii="Arial" w:hAnsi="Arial" w:cs="Arial"/>
        </w:rPr>
        <w:t>unavailable to the Vice Chair.</w:t>
      </w:r>
    </w:p>
    <w:p w14:paraId="43EFEFB5" w14:textId="77777777" w:rsidR="00076784" w:rsidRDefault="00076784" w:rsidP="00133DAB">
      <w:pPr>
        <w:spacing w:after="0" w:line="240" w:lineRule="auto"/>
        <w:ind w:firstLine="720"/>
        <w:rPr>
          <w:rFonts w:ascii="Arial" w:hAnsi="Arial" w:cs="Arial"/>
        </w:rPr>
      </w:pPr>
    </w:p>
    <w:p w14:paraId="32EABB19" w14:textId="771619CD" w:rsidR="00076784" w:rsidRPr="009A2629" w:rsidRDefault="00076784" w:rsidP="00076784">
      <w:pPr>
        <w:spacing w:after="0" w:line="240" w:lineRule="auto"/>
        <w:rPr>
          <w:rFonts w:ascii="Arial" w:hAnsi="Arial" w:cs="Arial"/>
          <w:sz w:val="24"/>
          <w:szCs w:val="24"/>
          <w:u w:val="single"/>
        </w:rPr>
      </w:pPr>
      <w:r w:rsidRPr="009A2629">
        <w:rPr>
          <w:rFonts w:ascii="Arial" w:hAnsi="Arial" w:cs="Arial"/>
          <w:sz w:val="24"/>
          <w:szCs w:val="24"/>
          <w:u w:val="single"/>
        </w:rPr>
        <w:t>Responsibilities of Councillors</w:t>
      </w:r>
      <w:r w:rsidR="000C398B" w:rsidRPr="009A2629">
        <w:rPr>
          <w:rFonts w:ascii="Arial" w:hAnsi="Arial" w:cs="Arial"/>
          <w:sz w:val="24"/>
          <w:szCs w:val="24"/>
          <w:u w:val="single"/>
        </w:rPr>
        <w:t>, employees, contractors and voluntary helpers</w:t>
      </w:r>
    </w:p>
    <w:p w14:paraId="316444AC" w14:textId="77777777" w:rsidR="000C398B" w:rsidRDefault="000C398B" w:rsidP="00076784">
      <w:pPr>
        <w:spacing w:after="0" w:line="240" w:lineRule="auto"/>
        <w:rPr>
          <w:rFonts w:ascii="Arial" w:hAnsi="Arial" w:cs="Arial"/>
          <w:u w:val="single"/>
        </w:rPr>
      </w:pPr>
    </w:p>
    <w:p w14:paraId="3C89F470" w14:textId="6C788CF0" w:rsidR="000C398B" w:rsidRDefault="00BC7618" w:rsidP="00076784">
      <w:pPr>
        <w:spacing w:after="0" w:line="240" w:lineRule="auto"/>
        <w:rPr>
          <w:rFonts w:ascii="Arial" w:hAnsi="Arial" w:cs="Arial"/>
        </w:rPr>
      </w:pPr>
      <w:r w:rsidRPr="00BC7618">
        <w:rPr>
          <w:rFonts w:ascii="Arial" w:hAnsi="Arial" w:cs="Arial"/>
        </w:rPr>
        <w:t>Councillors, employees, contractors and voluntary helpers will:</w:t>
      </w:r>
    </w:p>
    <w:p w14:paraId="5B8957FE" w14:textId="77777777" w:rsidR="00BC7618" w:rsidRDefault="00BC7618" w:rsidP="00076784">
      <w:pPr>
        <w:spacing w:after="0" w:line="240" w:lineRule="auto"/>
        <w:rPr>
          <w:rFonts w:ascii="Arial" w:hAnsi="Arial" w:cs="Arial"/>
        </w:rPr>
      </w:pPr>
    </w:p>
    <w:p w14:paraId="368BD0E3" w14:textId="1E845DCD" w:rsidR="00A15BF8" w:rsidRPr="00A15BF8" w:rsidRDefault="00A15BF8" w:rsidP="00A15BF8">
      <w:pPr>
        <w:pStyle w:val="ListParagraph"/>
        <w:numPr>
          <w:ilvl w:val="0"/>
          <w:numId w:val="17"/>
        </w:numPr>
        <w:spacing w:after="0" w:line="240" w:lineRule="auto"/>
        <w:rPr>
          <w:rFonts w:ascii="Arial" w:hAnsi="Arial" w:cs="Arial"/>
        </w:rPr>
      </w:pPr>
      <w:r w:rsidRPr="00A15BF8">
        <w:rPr>
          <w:rFonts w:ascii="Arial" w:hAnsi="Arial" w:cs="Arial"/>
        </w:rPr>
        <w:t xml:space="preserve">Cooperate fully with the aims and requirements of the Health and Safety at Work Policy and comply with Codes of Practice or work instructions for health and safety. </w:t>
      </w:r>
    </w:p>
    <w:p w14:paraId="2CE23294" w14:textId="7D34536B" w:rsidR="00A15BF8" w:rsidRPr="00A15BF8" w:rsidRDefault="00A15BF8" w:rsidP="00A15BF8">
      <w:pPr>
        <w:pStyle w:val="ListParagraph"/>
        <w:numPr>
          <w:ilvl w:val="0"/>
          <w:numId w:val="17"/>
        </w:numPr>
        <w:spacing w:after="0" w:line="240" w:lineRule="auto"/>
        <w:rPr>
          <w:rFonts w:ascii="Arial" w:hAnsi="Arial" w:cs="Arial"/>
        </w:rPr>
      </w:pPr>
      <w:r w:rsidRPr="00A15BF8">
        <w:rPr>
          <w:rFonts w:ascii="Arial" w:hAnsi="Arial" w:cs="Arial"/>
        </w:rPr>
        <w:t xml:space="preserve">Familiarise themselves and ask for advice (where considered necessary) in relation to health and safety instructions. </w:t>
      </w:r>
    </w:p>
    <w:p w14:paraId="105C1407" w14:textId="0546A715" w:rsidR="00A15BF8" w:rsidRPr="00A15BF8" w:rsidRDefault="00A15BF8" w:rsidP="00A15BF8">
      <w:pPr>
        <w:pStyle w:val="ListParagraph"/>
        <w:numPr>
          <w:ilvl w:val="0"/>
          <w:numId w:val="17"/>
        </w:numPr>
        <w:spacing w:after="0" w:line="240" w:lineRule="auto"/>
        <w:rPr>
          <w:rFonts w:ascii="Arial" w:hAnsi="Arial" w:cs="Arial"/>
        </w:rPr>
      </w:pPr>
      <w:r w:rsidRPr="00A15BF8">
        <w:rPr>
          <w:rFonts w:ascii="Arial" w:hAnsi="Arial" w:cs="Arial"/>
        </w:rPr>
        <w:t xml:space="preserve">Take reasonable care of their own health and safety, use appropriate personal protective clothing and, where appropriate, ensure the appropriate First Aid materials are available. </w:t>
      </w:r>
    </w:p>
    <w:p w14:paraId="3B288822" w14:textId="445FD6BF" w:rsidR="00A15BF8" w:rsidRPr="00A15BF8" w:rsidRDefault="00A15BF8" w:rsidP="00A15BF8">
      <w:pPr>
        <w:pStyle w:val="ListParagraph"/>
        <w:numPr>
          <w:ilvl w:val="0"/>
          <w:numId w:val="17"/>
        </w:numPr>
        <w:spacing w:after="0" w:line="240" w:lineRule="auto"/>
        <w:rPr>
          <w:rFonts w:ascii="Arial" w:hAnsi="Arial" w:cs="Arial"/>
        </w:rPr>
      </w:pPr>
      <w:r w:rsidRPr="00A15BF8">
        <w:rPr>
          <w:rFonts w:ascii="Arial" w:hAnsi="Arial" w:cs="Arial"/>
        </w:rPr>
        <w:t xml:space="preserve">Take reasonable care for the health and safety of other people who may be affected by their activities. </w:t>
      </w:r>
    </w:p>
    <w:p w14:paraId="6F7855B9" w14:textId="51638FD2" w:rsidR="00A15BF8" w:rsidRPr="00A15BF8" w:rsidRDefault="00A15BF8" w:rsidP="00A15BF8">
      <w:pPr>
        <w:pStyle w:val="ListParagraph"/>
        <w:numPr>
          <w:ilvl w:val="0"/>
          <w:numId w:val="17"/>
        </w:numPr>
        <w:spacing w:after="0" w:line="240" w:lineRule="auto"/>
        <w:rPr>
          <w:rFonts w:ascii="Arial" w:hAnsi="Arial" w:cs="Arial"/>
        </w:rPr>
      </w:pPr>
      <w:r w:rsidRPr="00A15BF8">
        <w:rPr>
          <w:rFonts w:ascii="Arial" w:hAnsi="Arial" w:cs="Arial"/>
        </w:rPr>
        <w:t xml:space="preserve">Not intentionally interfere with or remove safety guards, safety devices or other equipment provided for health and safety. </w:t>
      </w:r>
    </w:p>
    <w:p w14:paraId="4A6BAD8C" w14:textId="60D96A7E" w:rsidR="00A15BF8" w:rsidRPr="00A15BF8" w:rsidRDefault="00A15BF8" w:rsidP="00A15BF8">
      <w:pPr>
        <w:pStyle w:val="ListParagraph"/>
        <w:numPr>
          <w:ilvl w:val="0"/>
          <w:numId w:val="17"/>
        </w:numPr>
        <w:spacing w:after="0" w:line="240" w:lineRule="auto"/>
        <w:rPr>
          <w:rFonts w:ascii="Arial" w:hAnsi="Arial" w:cs="Arial"/>
        </w:rPr>
      </w:pPr>
      <w:r w:rsidRPr="00A15BF8">
        <w:rPr>
          <w:rFonts w:ascii="Arial" w:hAnsi="Arial" w:cs="Arial"/>
        </w:rPr>
        <w:t xml:space="preserve">Not misuse any plant, equipment, tools or materials so as to cause risks to health and safety. </w:t>
      </w:r>
    </w:p>
    <w:p w14:paraId="7C8651F8" w14:textId="7606A78A" w:rsidR="00A15BF8" w:rsidRPr="00A15BF8" w:rsidRDefault="00A15BF8" w:rsidP="00A15BF8">
      <w:pPr>
        <w:pStyle w:val="ListParagraph"/>
        <w:numPr>
          <w:ilvl w:val="0"/>
          <w:numId w:val="17"/>
        </w:numPr>
        <w:spacing w:after="0" w:line="240" w:lineRule="auto"/>
        <w:rPr>
          <w:rFonts w:ascii="Arial" w:hAnsi="Arial" w:cs="Arial"/>
        </w:rPr>
      </w:pPr>
      <w:r w:rsidRPr="00A15BF8">
        <w:rPr>
          <w:rFonts w:ascii="Arial" w:hAnsi="Arial" w:cs="Arial"/>
        </w:rPr>
        <w:t xml:space="preserve">Report hazards and defects to the Clerk immediately. If reports are made verbally, they should be followed up by a written report confirming the nature of the problem, its severity and any recommendation for action. </w:t>
      </w:r>
    </w:p>
    <w:p w14:paraId="395C4FB3" w14:textId="74DD89A5" w:rsidR="00BC7618" w:rsidRDefault="00A15BF8" w:rsidP="00A15BF8">
      <w:pPr>
        <w:pStyle w:val="ListParagraph"/>
        <w:numPr>
          <w:ilvl w:val="0"/>
          <w:numId w:val="17"/>
        </w:numPr>
        <w:spacing w:after="0" w:line="240" w:lineRule="auto"/>
        <w:rPr>
          <w:rFonts w:ascii="Arial" w:hAnsi="Arial" w:cs="Arial"/>
        </w:rPr>
      </w:pPr>
      <w:r w:rsidRPr="00A15BF8">
        <w:rPr>
          <w:rFonts w:ascii="Arial" w:hAnsi="Arial" w:cs="Arial"/>
        </w:rPr>
        <w:t>Report any accidents or hazardous incidents to the Clerk immediately or as soon as is reasonably practicable and to assist with the investigation of such.</w:t>
      </w:r>
    </w:p>
    <w:p w14:paraId="18F9DA4C" w14:textId="77777777" w:rsidR="00A15BF8" w:rsidRDefault="00A15BF8" w:rsidP="00A15BF8">
      <w:pPr>
        <w:spacing w:after="0" w:line="240" w:lineRule="auto"/>
        <w:rPr>
          <w:rFonts w:ascii="Arial" w:hAnsi="Arial" w:cs="Arial"/>
        </w:rPr>
      </w:pPr>
    </w:p>
    <w:p w14:paraId="6C9B3A41" w14:textId="0277553B" w:rsidR="00A15BF8" w:rsidRPr="009A2629" w:rsidRDefault="00A15BF8" w:rsidP="00A15BF8">
      <w:pPr>
        <w:spacing w:after="0" w:line="240" w:lineRule="auto"/>
        <w:rPr>
          <w:rFonts w:ascii="Arial" w:hAnsi="Arial" w:cs="Arial"/>
          <w:b/>
          <w:bCs/>
          <w:sz w:val="24"/>
          <w:szCs w:val="24"/>
        </w:rPr>
      </w:pPr>
      <w:r w:rsidRPr="009A2629">
        <w:rPr>
          <w:rFonts w:ascii="Arial" w:hAnsi="Arial" w:cs="Arial"/>
          <w:b/>
          <w:bCs/>
          <w:sz w:val="24"/>
          <w:szCs w:val="24"/>
        </w:rPr>
        <w:t>Policy Review</w:t>
      </w:r>
    </w:p>
    <w:p w14:paraId="32F7F0D6" w14:textId="77777777" w:rsidR="00076784" w:rsidRDefault="00076784" w:rsidP="00133DAB">
      <w:pPr>
        <w:spacing w:after="0" w:line="240" w:lineRule="auto"/>
        <w:ind w:firstLine="720"/>
        <w:rPr>
          <w:rFonts w:ascii="Arial" w:hAnsi="Arial" w:cs="Arial"/>
        </w:rPr>
      </w:pPr>
    </w:p>
    <w:p w14:paraId="4305C47B" w14:textId="5AAEB13F" w:rsidR="00076784" w:rsidRPr="00E8760B" w:rsidRDefault="009A2629" w:rsidP="007E5003">
      <w:pPr>
        <w:spacing w:after="0" w:line="240" w:lineRule="auto"/>
        <w:rPr>
          <w:rFonts w:ascii="Arial" w:hAnsi="Arial" w:cs="Arial"/>
        </w:rPr>
      </w:pPr>
      <w:r>
        <w:rPr>
          <w:rFonts w:ascii="Arial" w:hAnsi="Arial" w:cs="Arial"/>
        </w:rPr>
        <w:t xml:space="preserve">Elmton with Creswell Parish Council </w:t>
      </w:r>
      <w:r w:rsidR="000F237A">
        <w:rPr>
          <w:rFonts w:ascii="Arial" w:hAnsi="Arial" w:cs="Arial"/>
        </w:rPr>
        <w:t xml:space="preserve">will review this Policy as is necessary and appropriate, and at a </w:t>
      </w:r>
      <w:r w:rsidR="007E5003">
        <w:rPr>
          <w:rFonts w:ascii="Arial" w:hAnsi="Arial" w:cs="Arial"/>
        </w:rPr>
        <w:t xml:space="preserve">minimum on an annual basis. </w:t>
      </w:r>
    </w:p>
    <w:sectPr w:rsidR="00076784" w:rsidRPr="00E8760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4385C14"/>
    <w:multiLevelType w:val="hybridMultilevel"/>
    <w:tmpl w:val="D472A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9A1A90"/>
    <w:multiLevelType w:val="hybridMultilevel"/>
    <w:tmpl w:val="5A5AA8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3403B20"/>
    <w:multiLevelType w:val="hybridMultilevel"/>
    <w:tmpl w:val="2942446E"/>
    <w:lvl w:ilvl="0" w:tplc="0809000F">
      <w:start w:val="1"/>
      <w:numFmt w:val="decimal"/>
      <w:lvlText w:val="%1."/>
      <w:lvlJc w:val="left"/>
      <w:pPr>
        <w:ind w:left="720" w:hanging="360"/>
      </w:pPr>
      <w:rPr>
        <w:rFonts w:hint="default"/>
      </w:rPr>
    </w:lvl>
    <w:lvl w:ilvl="1" w:tplc="4E94D530">
      <w:numFmt w:val="bullet"/>
      <w:lvlText w:val="•"/>
      <w:lvlJc w:val="left"/>
      <w:pPr>
        <w:ind w:left="1440" w:hanging="360"/>
      </w:pPr>
      <w:rPr>
        <w:rFonts w:ascii="Arial" w:eastAsiaTheme="minorEastAsia"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A721AD"/>
    <w:multiLevelType w:val="hybridMultilevel"/>
    <w:tmpl w:val="58C62F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D45091"/>
    <w:multiLevelType w:val="hybridMultilevel"/>
    <w:tmpl w:val="510CB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61237E"/>
    <w:multiLevelType w:val="hybridMultilevel"/>
    <w:tmpl w:val="B4666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C9066D"/>
    <w:multiLevelType w:val="hybridMultilevel"/>
    <w:tmpl w:val="569C1A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A781BA1"/>
    <w:multiLevelType w:val="hybridMultilevel"/>
    <w:tmpl w:val="A286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41268050">
    <w:abstractNumId w:val="8"/>
  </w:num>
  <w:num w:numId="2" w16cid:durableId="1636446546">
    <w:abstractNumId w:val="6"/>
  </w:num>
  <w:num w:numId="3" w16cid:durableId="383256788">
    <w:abstractNumId w:val="5"/>
  </w:num>
  <w:num w:numId="4" w16cid:durableId="1827625401">
    <w:abstractNumId w:val="4"/>
  </w:num>
  <w:num w:numId="5" w16cid:durableId="1856846222">
    <w:abstractNumId w:val="7"/>
  </w:num>
  <w:num w:numId="6" w16cid:durableId="370083022">
    <w:abstractNumId w:val="3"/>
  </w:num>
  <w:num w:numId="7" w16cid:durableId="391465716">
    <w:abstractNumId w:val="2"/>
  </w:num>
  <w:num w:numId="8" w16cid:durableId="1572538057">
    <w:abstractNumId w:val="1"/>
  </w:num>
  <w:num w:numId="9" w16cid:durableId="1789083189">
    <w:abstractNumId w:val="0"/>
  </w:num>
  <w:num w:numId="10" w16cid:durableId="2128964882">
    <w:abstractNumId w:val="12"/>
  </w:num>
  <w:num w:numId="11" w16cid:durableId="1361280109">
    <w:abstractNumId w:val="11"/>
  </w:num>
  <w:num w:numId="12" w16cid:durableId="1203059658">
    <w:abstractNumId w:val="15"/>
  </w:num>
  <w:num w:numId="13" w16cid:durableId="1626736230">
    <w:abstractNumId w:val="10"/>
  </w:num>
  <w:num w:numId="14" w16cid:durableId="773093719">
    <w:abstractNumId w:val="14"/>
  </w:num>
  <w:num w:numId="15" w16cid:durableId="596134568">
    <w:abstractNumId w:val="13"/>
  </w:num>
  <w:num w:numId="16" w16cid:durableId="572280236">
    <w:abstractNumId w:val="16"/>
  </w:num>
  <w:num w:numId="17" w16cid:durableId="20290217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08C"/>
    <w:rsid w:val="00010A2E"/>
    <w:rsid w:val="00025D44"/>
    <w:rsid w:val="00034616"/>
    <w:rsid w:val="0006063C"/>
    <w:rsid w:val="00061902"/>
    <w:rsid w:val="00076784"/>
    <w:rsid w:val="000C398B"/>
    <w:rsid w:val="000C6E60"/>
    <w:rsid w:val="000C6EE7"/>
    <w:rsid w:val="000E7322"/>
    <w:rsid w:val="000F237A"/>
    <w:rsid w:val="00133DAB"/>
    <w:rsid w:val="00135464"/>
    <w:rsid w:val="0015074B"/>
    <w:rsid w:val="001743A7"/>
    <w:rsid w:val="002207B1"/>
    <w:rsid w:val="0026268E"/>
    <w:rsid w:val="0029639D"/>
    <w:rsid w:val="002B29CB"/>
    <w:rsid w:val="002E2907"/>
    <w:rsid w:val="00317B3E"/>
    <w:rsid w:val="00326F90"/>
    <w:rsid w:val="003809C4"/>
    <w:rsid w:val="003B7D93"/>
    <w:rsid w:val="003C2484"/>
    <w:rsid w:val="004233EB"/>
    <w:rsid w:val="0046661D"/>
    <w:rsid w:val="00495975"/>
    <w:rsid w:val="004A7E05"/>
    <w:rsid w:val="004B0BC2"/>
    <w:rsid w:val="00512D00"/>
    <w:rsid w:val="005863B2"/>
    <w:rsid w:val="005E7B17"/>
    <w:rsid w:val="006A040C"/>
    <w:rsid w:val="006A5F9D"/>
    <w:rsid w:val="00700E31"/>
    <w:rsid w:val="007044D0"/>
    <w:rsid w:val="00721084"/>
    <w:rsid w:val="007E5003"/>
    <w:rsid w:val="00802499"/>
    <w:rsid w:val="008D0FB0"/>
    <w:rsid w:val="008F002E"/>
    <w:rsid w:val="008F4704"/>
    <w:rsid w:val="009839E7"/>
    <w:rsid w:val="009864C5"/>
    <w:rsid w:val="009A2629"/>
    <w:rsid w:val="009C1C09"/>
    <w:rsid w:val="009D40E4"/>
    <w:rsid w:val="00A15BF8"/>
    <w:rsid w:val="00A74B55"/>
    <w:rsid w:val="00A96B11"/>
    <w:rsid w:val="00AA1D8D"/>
    <w:rsid w:val="00AE688B"/>
    <w:rsid w:val="00B028BF"/>
    <w:rsid w:val="00B31D04"/>
    <w:rsid w:val="00B47730"/>
    <w:rsid w:val="00B641E2"/>
    <w:rsid w:val="00BC7618"/>
    <w:rsid w:val="00CB0664"/>
    <w:rsid w:val="00CB1ED2"/>
    <w:rsid w:val="00DD329B"/>
    <w:rsid w:val="00E040EC"/>
    <w:rsid w:val="00E11FFC"/>
    <w:rsid w:val="00E8760B"/>
    <w:rsid w:val="00EC61CE"/>
    <w:rsid w:val="00EC675D"/>
    <w:rsid w:val="00F050AF"/>
    <w:rsid w:val="00F4198D"/>
    <w:rsid w:val="00F9051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9C0B0C"/>
  <w14:defaultImageDpi w14:val="300"/>
  <w15:docId w15:val="{9F5F8F18-B11E-414D-86B4-94E956636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608</Words>
  <Characters>3470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Kimberley Walker</cp:lastModifiedBy>
  <cp:revision>29</cp:revision>
  <dcterms:created xsi:type="dcterms:W3CDTF">2026-03-31T08:16:00Z</dcterms:created>
  <dcterms:modified xsi:type="dcterms:W3CDTF">2026-05-27T09:26:00Z</dcterms:modified>
  <cp:category/>
</cp:coreProperties>
</file>