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819B" w14:textId="243D4A5A" w:rsidR="000C6EE7" w:rsidRDefault="000C6EE7">
      <w:r>
        <w:rPr>
          <w:noProof/>
        </w:rPr>
        <w:drawing>
          <wp:inline distT="0" distB="0" distL="0" distR="0" wp14:anchorId="1930FE85" wp14:editId="4C68C1FF">
            <wp:extent cx="4401820" cy="1164590"/>
            <wp:effectExtent l="0" t="0" r="0" b="0"/>
            <wp:docPr id="124086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1820" cy="1164590"/>
                    </a:xfrm>
                    <a:prstGeom prst="rect">
                      <a:avLst/>
                    </a:prstGeom>
                    <a:noFill/>
                  </pic:spPr>
                </pic:pic>
              </a:graphicData>
            </a:graphic>
          </wp:inline>
        </w:drawing>
      </w:r>
    </w:p>
    <w:p w14:paraId="05CCFB8C" w14:textId="441CAEC2" w:rsidR="000C6EE7" w:rsidRPr="00043A83" w:rsidRDefault="000C6EE7" w:rsidP="000C6EE7">
      <w:pPr>
        <w:ind w:right="27"/>
        <w:rPr>
          <w:rFonts w:ascii="Arial" w:hAnsi="Arial" w:cs="Arial"/>
          <w:b/>
          <w:sz w:val="56"/>
          <w:szCs w:val="56"/>
        </w:rPr>
      </w:pPr>
      <w:r>
        <w:rPr>
          <w:rFonts w:ascii="Arial" w:hAnsi="Arial" w:cs="Arial"/>
          <w:b/>
          <w:sz w:val="56"/>
          <w:szCs w:val="56"/>
        </w:rPr>
        <w:t xml:space="preserve">SICKNESS ABSENCE POLICY | ADOPTED </w:t>
      </w:r>
      <w:r w:rsidR="00025D44">
        <w:rPr>
          <w:rFonts w:ascii="Arial" w:hAnsi="Arial" w:cs="Arial"/>
          <w:b/>
          <w:sz w:val="56"/>
          <w:szCs w:val="56"/>
        </w:rPr>
        <w:t>APRIL</w:t>
      </w:r>
      <w:r>
        <w:rPr>
          <w:rFonts w:ascii="Arial" w:hAnsi="Arial" w:cs="Arial"/>
          <w:b/>
          <w:sz w:val="56"/>
          <w:szCs w:val="56"/>
        </w:rPr>
        <w:t xml:space="preserve"> 2026</w:t>
      </w:r>
    </w:p>
    <w:tbl>
      <w:tblPr>
        <w:tblStyle w:val="TableGrid"/>
        <w:tblW w:w="0" w:type="auto"/>
        <w:tblLook w:val="04A0" w:firstRow="1" w:lastRow="0" w:firstColumn="1" w:lastColumn="0" w:noHBand="0" w:noVBand="1"/>
      </w:tblPr>
      <w:tblGrid>
        <w:gridCol w:w="2263"/>
        <w:gridCol w:w="4536"/>
      </w:tblGrid>
      <w:tr w:rsidR="00D4158F" w14:paraId="4014B441" w14:textId="77777777" w:rsidTr="002E7B37">
        <w:tc>
          <w:tcPr>
            <w:tcW w:w="2263" w:type="dxa"/>
          </w:tcPr>
          <w:p w14:paraId="5C88011B" w14:textId="77777777" w:rsidR="00D4158F" w:rsidRDefault="00D4158F" w:rsidP="002E7B37">
            <w:pPr>
              <w:rPr>
                <w:rFonts w:ascii="Arial" w:hAnsi="Arial" w:cs="Arial"/>
                <w:b/>
                <w:bCs/>
              </w:rPr>
            </w:pPr>
            <w:r>
              <w:rPr>
                <w:rFonts w:ascii="Arial" w:hAnsi="Arial" w:cs="Arial"/>
                <w:b/>
                <w:bCs/>
              </w:rPr>
              <w:t>Policy</w:t>
            </w:r>
          </w:p>
        </w:tc>
        <w:tc>
          <w:tcPr>
            <w:tcW w:w="4536" w:type="dxa"/>
          </w:tcPr>
          <w:p w14:paraId="689F3DDA" w14:textId="77777777" w:rsidR="00D4158F" w:rsidRDefault="00D4158F" w:rsidP="002E7B37">
            <w:pPr>
              <w:rPr>
                <w:rFonts w:ascii="Arial" w:hAnsi="Arial" w:cs="Arial"/>
                <w:b/>
                <w:bCs/>
              </w:rPr>
            </w:pPr>
            <w:r>
              <w:rPr>
                <w:rFonts w:ascii="Arial" w:hAnsi="Arial" w:cs="Arial"/>
                <w:b/>
                <w:bCs/>
              </w:rPr>
              <w:t>Date &amp; Minute</w:t>
            </w:r>
          </w:p>
        </w:tc>
      </w:tr>
      <w:tr w:rsidR="00D4158F" w14:paraId="2DB4AA9B" w14:textId="77777777" w:rsidTr="002E7B37">
        <w:tc>
          <w:tcPr>
            <w:tcW w:w="2263" w:type="dxa"/>
          </w:tcPr>
          <w:p w14:paraId="7553F634" w14:textId="77777777" w:rsidR="00D4158F" w:rsidRPr="003B7D93" w:rsidRDefault="00D4158F" w:rsidP="002E7B37">
            <w:pPr>
              <w:rPr>
                <w:rFonts w:ascii="Arial" w:hAnsi="Arial" w:cs="Arial"/>
              </w:rPr>
            </w:pPr>
            <w:r w:rsidRPr="003B7D93">
              <w:rPr>
                <w:rFonts w:ascii="Arial" w:hAnsi="Arial" w:cs="Arial"/>
              </w:rPr>
              <w:t>Adopted</w:t>
            </w:r>
          </w:p>
        </w:tc>
        <w:tc>
          <w:tcPr>
            <w:tcW w:w="4536" w:type="dxa"/>
          </w:tcPr>
          <w:p w14:paraId="31192BDE" w14:textId="1EB96A8A" w:rsidR="00D4158F" w:rsidRPr="003B7D93" w:rsidRDefault="00D4158F" w:rsidP="002E7B37">
            <w:pPr>
              <w:rPr>
                <w:rFonts w:ascii="Arial" w:hAnsi="Arial" w:cs="Arial"/>
              </w:rPr>
            </w:pPr>
            <w:r w:rsidRPr="003B7D93">
              <w:rPr>
                <w:rFonts w:ascii="Arial" w:hAnsi="Arial" w:cs="Arial"/>
              </w:rPr>
              <w:t>30.0</w:t>
            </w:r>
            <w:r w:rsidR="003706A5">
              <w:rPr>
                <w:rFonts w:ascii="Arial" w:hAnsi="Arial" w:cs="Arial"/>
              </w:rPr>
              <w:t>4</w:t>
            </w:r>
            <w:r w:rsidRPr="003B7D93">
              <w:rPr>
                <w:rFonts w:ascii="Arial" w:hAnsi="Arial" w:cs="Arial"/>
              </w:rPr>
              <w:t>.26 Min No 8/26 b (ii)</w:t>
            </w:r>
          </w:p>
        </w:tc>
      </w:tr>
      <w:tr w:rsidR="00D4158F" w14:paraId="39A6A3F2" w14:textId="77777777" w:rsidTr="002E7B37">
        <w:tc>
          <w:tcPr>
            <w:tcW w:w="2263" w:type="dxa"/>
          </w:tcPr>
          <w:p w14:paraId="0701D6AD" w14:textId="77777777" w:rsidR="00D4158F" w:rsidRPr="003B7D93" w:rsidRDefault="00D4158F" w:rsidP="002E7B37">
            <w:pPr>
              <w:rPr>
                <w:rFonts w:ascii="Arial" w:hAnsi="Arial" w:cs="Arial"/>
              </w:rPr>
            </w:pPr>
            <w:r w:rsidRPr="003B7D93">
              <w:rPr>
                <w:rFonts w:ascii="Arial" w:hAnsi="Arial" w:cs="Arial"/>
              </w:rPr>
              <w:t>Reviewed</w:t>
            </w:r>
          </w:p>
        </w:tc>
        <w:tc>
          <w:tcPr>
            <w:tcW w:w="4536" w:type="dxa"/>
          </w:tcPr>
          <w:p w14:paraId="6C956092" w14:textId="77777777" w:rsidR="00D4158F" w:rsidRPr="003B7D93" w:rsidRDefault="00D4158F" w:rsidP="002E7B37">
            <w:pPr>
              <w:rPr>
                <w:rFonts w:ascii="Arial" w:hAnsi="Arial" w:cs="Arial"/>
              </w:rPr>
            </w:pPr>
          </w:p>
        </w:tc>
      </w:tr>
      <w:tr w:rsidR="00D4158F" w14:paraId="61F2F287" w14:textId="77777777" w:rsidTr="002E7B37">
        <w:tc>
          <w:tcPr>
            <w:tcW w:w="2263" w:type="dxa"/>
          </w:tcPr>
          <w:p w14:paraId="48EC4BC3" w14:textId="77777777" w:rsidR="00D4158F" w:rsidRPr="003B7D93" w:rsidRDefault="00D4158F" w:rsidP="002E7B37">
            <w:pPr>
              <w:rPr>
                <w:rFonts w:ascii="Arial" w:hAnsi="Arial" w:cs="Arial"/>
              </w:rPr>
            </w:pPr>
            <w:r w:rsidRPr="003B7D93">
              <w:rPr>
                <w:rFonts w:ascii="Arial" w:hAnsi="Arial" w:cs="Arial"/>
              </w:rPr>
              <w:t>Review</w:t>
            </w:r>
          </w:p>
        </w:tc>
        <w:tc>
          <w:tcPr>
            <w:tcW w:w="4536" w:type="dxa"/>
          </w:tcPr>
          <w:p w14:paraId="2C23514E" w14:textId="3256FE0C" w:rsidR="00D4158F" w:rsidRPr="003B7D93" w:rsidRDefault="00FC5F85" w:rsidP="002E7B37">
            <w:pPr>
              <w:rPr>
                <w:rFonts w:ascii="Arial" w:hAnsi="Arial" w:cs="Arial"/>
              </w:rPr>
            </w:pPr>
            <w:r>
              <w:rPr>
                <w:rFonts w:ascii="Arial" w:hAnsi="Arial" w:cs="Arial"/>
              </w:rPr>
              <w:t xml:space="preserve">Every 3 years </w:t>
            </w:r>
            <w:r w:rsidR="001F6F29">
              <w:rPr>
                <w:rFonts w:ascii="Arial" w:hAnsi="Arial" w:cs="Arial"/>
              </w:rPr>
              <w:t xml:space="preserve">or </w:t>
            </w:r>
            <w:r w:rsidR="00733C00">
              <w:rPr>
                <w:rFonts w:ascii="Arial" w:hAnsi="Arial" w:cs="Arial"/>
              </w:rPr>
              <w:t>sooner</w:t>
            </w:r>
            <w:r w:rsidR="001F6F29">
              <w:rPr>
                <w:rFonts w:ascii="Arial" w:hAnsi="Arial" w:cs="Arial"/>
              </w:rPr>
              <w:t xml:space="preserve"> </w:t>
            </w:r>
            <w:r w:rsidR="00733C00">
              <w:rPr>
                <w:rFonts w:ascii="Arial" w:hAnsi="Arial" w:cs="Arial"/>
              </w:rPr>
              <w:t>if law changes</w:t>
            </w:r>
          </w:p>
        </w:tc>
      </w:tr>
    </w:tbl>
    <w:p w14:paraId="22A497CC" w14:textId="77777777" w:rsidR="000C6EE7" w:rsidRDefault="000C6EE7"/>
    <w:p w14:paraId="0CF430EB" w14:textId="77777777" w:rsidR="00D4158F" w:rsidRDefault="00D4158F"/>
    <w:p w14:paraId="5E9184F0" w14:textId="77777777" w:rsidR="00D4158F" w:rsidRDefault="00D4158F"/>
    <w:p w14:paraId="6816B199" w14:textId="77777777" w:rsidR="00D4158F" w:rsidRDefault="00D4158F"/>
    <w:p w14:paraId="52604B2B" w14:textId="77777777" w:rsidR="00D4158F" w:rsidRDefault="00D4158F"/>
    <w:p w14:paraId="0BC05A10" w14:textId="77777777" w:rsidR="00D4158F" w:rsidRDefault="00D4158F"/>
    <w:p w14:paraId="11DC2F60" w14:textId="77777777" w:rsidR="00D4158F" w:rsidRDefault="00D4158F"/>
    <w:p w14:paraId="1E3979D6" w14:textId="77777777" w:rsidR="00D4158F" w:rsidRDefault="00D4158F"/>
    <w:p w14:paraId="121CB039" w14:textId="77777777" w:rsidR="00D4158F" w:rsidRDefault="00D4158F"/>
    <w:p w14:paraId="50BD4401" w14:textId="77777777" w:rsidR="00D4158F" w:rsidRDefault="00D4158F"/>
    <w:p w14:paraId="372091A2" w14:textId="77777777" w:rsidR="00D4158F" w:rsidRDefault="00D4158F"/>
    <w:p w14:paraId="7DFA05D9" w14:textId="77777777" w:rsidR="00D4158F" w:rsidRDefault="00D4158F"/>
    <w:p w14:paraId="74E47991" w14:textId="77777777" w:rsidR="00D4158F" w:rsidRDefault="00D4158F"/>
    <w:p w14:paraId="59AD21A8" w14:textId="77777777" w:rsidR="00D4158F" w:rsidRDefault="00D4158F"/>
    <w:p w14:paraId="78E034A4" w14:textId="77777777" w:rsidR="00D4158F" w:rsidRDefault="00D4158F"/>
    <w:p w14:paraId="4740B7B2" w14:textId="77777777" w:rsidR="00D4158F" w:rsidRDefault="00D4158F"/>
    <w:p w14:paraId="0C7B4838" w14:textId="58D947CE" w:rsidR="000E7322" w:rsidRPr="002207B1" w:rsidRDefault="00200D8C" w:rsidP="00025D44">
      <w:pPr>
        <w:spacing w:after="0" w:line="240" w:lineRule="auto"/>
        <w:rPr>
          <w:rFonts w:ascii="Arial" w:hAnsi="Arial" w:cs="Arial"/>
          <w:b/>
          <w:bCs/>
        </w:rPr>
      </w:pPr>
      <w:r w:rsidRPr="002207B1">
        <w:rPr>
          <w:rFonts w:ascii="Arial" w:hAnsi="Arial" w:cs="Arial"/>
          <w:b/>
          <w:bCs/>
        </w:rPr>
        <w:lastRenderedPageBreak/>
        <w:t xml:space="preserve">1. What to do if you are unwell </w:t>
      </w:r>
    </w:p>
    <w:p w14:paraId="42D2E9A6" w14:textId="77777777" w:rsidR="00495975" w:rsidRDefault="00495975" w:rsidP="00025D44">
      <w:pPr>
        <w:spacing w:after="0" w:line="240" w:lineRule="auto"/>
        <w:rPr>
          <w:rFonts w:ascii="Arial" w:hAnsi="Arial" w:cs="Arial"/>
        </w:rPr>
      </w:pPr>
    </w:p>
    <w:p w14:paraId="708E4A4F" w14:textId="3B262E81" w:rsidR="000E7322" w:rsidRPr="002207B1" w:rsidRDefault="00200D8C" w:rsidP="00025D44">
      <w:pPr>
        <w:spacing w:after="0" w:line="240" w:lineRule="auto"/>
        <w:rPr>
          <w:rFonts w:ascii="Arial" w:hAnsi="Arial" w:cs="Arial"/>
        </w:rPr>
      </w:pPr>
      <w:r w:rsidRPr="002207B1">
        <w:rPr>
          <w:rFonts w:ascii="Arial" w:hAnsi="Arial" w:cs="Arial"/>
        </w:rPr>
        <w:t>1.1. If you are away from work because of sickness you must:</w:t>
      </w:r>
    </w:p>
    <w:p w14:paraId="72E9D859" w14:textId="77777777" w:rsidR="00E040EC" w:rsidRDefault="00E040EC" w:rsidP="00025D44">
      <w:pPr>
        <w:spacing w:after="0" w:line="240" w:lineRule="auto"/>
        <w:rPr>
          <w:rFonts w:ascii="Arial" w:hAnsi="Arial" w:cs="Arial"/>
        </w:rPr>
      </w:pPr>
    </w:p>
    <w:p w14:paraId="1DC59ADC" w14:textId="6B107F20" w:rsidR="000E7322" w:rsidRPr="002207B1" w:rsidRDefault="00200D8C" w:rsidP="00025D44">
      <w:pPr>
        <w:spacing w:after="0" w:line="240" w:lineRule="auto"/>
        <w:rPr>
          <w:rFonts w:ascii="Arial" w:hAnsi="Arial" w:cs="Arial"/>
        </w:rPr>
      </w:pPr>
      <w:r w:rsidRPr="002207B1">
        <w:rPr>
          <w:rFonts w:ascii="Arial" w:hAnsi="Arial" w:cs="Arial"/>
        </w:rPr>
        <w:t xml:space="preserve">1.1.1. Telephone the Clerk, before your contractual (or normal start time for work) on </w:t>
      </w:r>
    </w:p>
    <w:p w14:paraId="40D29B9A" w14:textId="77777777" w:rsidR="000E7322" w:rsidRPr="002207B1" w:rsidRDefault="00200D8C" w:rsidP="00025D44">
      <w:pPr>
        <w:spacing w:after="0" w:line="240" w:lineRule="auto"/>
        <w:rPr>
          <w:rFonts w:ascii="Arial" w:hAnsi="Arial" w:cs="Arial"/>
        </w:rPr>
      </w:pPr>
      <w:r w:rsidRPr="002207B1">
        <w:rPr>
          <w:rFonts w:ascii="Arial" w:hAnsi="Arial" w:cs="Arial"/>
        </w:rPr>
        <w:t xml:space="preserve">the first day of absence providing details and how long you expect to be off. If you </w:t>
      </w:r>
    </w:p>
    <w:p w14:paraId="6AA826D4" w14:textId="77777777" w:rsidR="000E7322" w:rsidRPr="002207B1" w:rsidRDefault="00200D8C" w:rsidP="00025D44">
      <w:pPr>
        <w:spacing w:after="0" w:line="240" w:lineRule="auto"/>
        <w:rPr>
          <w:rFonts w:ascii="Arial" w:hAnsi="Arial" w:cs="Arial"/>
        </w:rPr>
      </w:pPr>
      <w:r w:rsidRPr="002207B1">
        <w:rPr>
          <w:rFonts w:ascii="Arial" w:hAnsi="Arial" w:cs="Arial"/>
        </w:rPr>
        <w:t xml:space="preserve">are unable to call personally, someone else may call for you. It is your responsibility </w:t>
      </w:r>
    </w:p>
    <w:p w14:paraId="4FE68295" w14:textId="77777777" w:rsidR="000E7322" w:rsidRPr="002207B1" w:rsidRDefault="00200D8C" w:rsidP="00025D44">
      <w:pPr>
        <w:spacing w:after="0" w:line="240" w:lineRule="auto"/>
        <w:rPr>
          <w:rFonts w:ascii="Arial" w:hAnsi="Arial" w:cs="Arial"/>
        </w:rPr>
      </w:pPr>
      <w:r w:rsidRPr="002207B1">
        <w:rPr>
          <w:rFonts w:ascii="Arial" w:hAnsi="Arial" w:cs="Arial"/>
        </w:rPr>
        <w:t xml:space="preserve">to ensure the Council is notified. You must then telephone again each day (unless </w:t>
      </w:r>
    </w:p>
    <w:p w14:paraId="592C79BA" w14:textId="77777777" w:rsidR="000E7322" w:rsidRPr="002207B1" w:rsidRDefault="00200D8C" w:rsidP="00025D44">
      <w:pPr>
        <w:spacing w:after="0" w:line="240" w:lineRule="auto"/>
        <w:rPr>
          <w:rFonts w:ascii="Arial" w:hAnsi="Arial" w:cs="Arial"/>
        </w:rPr>
      </w:pPr>
      <w:r w:rsidRPr="002207B1">
        <w:rPr>
          <w:rFonts w:ascii="Arial" w:hAnsi="Arial" w:cs="Arial"/>
        </w:rPr>
        <w:t>otherwise agreed with the Clerk).</w:t>
      </w:r>
    </w:p>
    <w:p w14:paraId="5E7E5E12" w14:textId="77777777" w:rsidR="00E040EC" w:rsidRDefault="00E040EC" w:rsidP="00025D44">
      <w:pPr>
        <w:spacing w:after="0" w:line="240" w:lineRule="auto"/>
        <w:rPr>
          <w:rFonts w:ascii="Arial" w:hAnsi="Arial" w:cs="Arial"/>
        </w:rPr>
      </w:pPr>
    </w:p>
    <w:p w14:paraId="1A46A81E" w14:textId="101DB390" w:rsidR="000E7322" w:rsidRPr="002207B1" w:rsidRDefault="00200D8C" w:rsidP="00025D44">
      <w:pPr>
        <w:spacing w:after="0" w:line="240" w:lineRule="auto"/>
        <w:rPr>
          <w:rFonts w:ascii="Arial" w:hAnsi="Arial" w:cs="Arial"/>
        </w:rPr>
      </w:pPr>
      <w:r w:rsidRPr="002207B1">
        <w:rPr>
          <w:rFonts w:ascii="Arial" w:hAnsi="Arial" w:cs="Arial"/>
        </w:rPr>
        <w:t xml:space="preserve">1.1.2. If you are away for seven days or less (including weekends and other non-working days), you must complete a self-certification form and provide it to the </w:t>
      </w:r>
    </w:p>
    <w:p w14:paraId="23AC4EAF" w14:textId="77777777" w:rsidR="000E7322" w:rsidRPr="002207B1" w:rsidRDefault="00200D8C" w:rsidP="00025D44">
      <w:pPr>
        <w:spacing w:after="0" w:line="240" w:lineRule="auto"/>
        <w:rPr>
          <w:rFonts w:ascii="Arial" w:hAnsi="Arial" w:cs="Arial"/>
        </w:rPr>
      </w:pPr>
      <w:r w:rsidRPr="002207B1">
        <w:rPr>
          <w:rFonts w:ascii="Arial" w:hAnsi="Arial" w:cs="Arial"/>
        </w:rPr>
        <w:t>council when you are back at work.</w:t>
      </w:r>
    </w:p>
    <w:p w14:paraId="61FDED2B" w14:textId="77777777" w:rsidR="00E040EC" w:rsidRDefault="00E040EC" w:rsidP="00025D44">
      <w:pPr>
        <w:spacing w:after="0" w:line="240" w:lineRule="auto"/>
        <w:rPr>
          <w:rFonts w:ascii="Arial" w:hAnsi="Arial" w:cs="Arial"/>
        </w:rPr>
      </w:pPr>
    </w:p>
    <w:p w14:paraId="24534380" w14:textId="30EBD2AC" w:rsidR="000E7322" w:rsidRPr="002207B1" w:rsidRDefault="00200D8C" w:rsidP="00025D44">
      <w:pPr>
        <w:spacing w:after="0" w:line="240" w:lineRule="auto"/>
        <w:rPr>
          <w:rFonts w:ascii="Arial" w:hAnsi="Arial" w:cs="Arial"/>
        </w:rPr>
      </w:pPr>
      <w:r w:rsidRPr="002207B1">
        <w:rPr>
          <w:rFonts w:ascii="Arial" w:hAnsi="Arial" w:cs="Arial"/>
        </w:rPr>
        <w:t xml:space="preserve">1.1.3. If you are away for more than seven days (including weekends and other non-working days), you must send in a ‘fit to work’ statement from your doctor and </w:t>
      </w:r>
    </w:p>
    <w:p w14:paraId="29515A9F" w14:textId="77777777" w:rsidR="000E7322" w:rsidRPr="002207B1" w:rsidRDefault="00200D8C" w:rsidP="00025D44">
      <w:pPr>
        <w:spacing w:after="0" w:line="240" w:lineRule="auto"/>
        <w:rPr>
          <w:rFonts w:ascii="Arial" w:hAnsi="Arial" w:cs="Arial"/>
        </w:rPr>
      </w:pPr>
      <w:r w:rsidRPr="002207B1">
        <w:rPr>
          <w:rFonts w:ascii="Arial" w:hAnsi="Arial" w:cs="Arial"/>
        </w:rPr>
        <w:t xml:space="preserve">continue to do so as each new certificate is issued to you. This certificate gives </w:t>
      </w:r>
    </w:p>
    <w:p w14:paraId="310E466D" w14:textId="77777777" w:rsidR="000E7322" w:rsidRPr="002207B1" w:rsidRDefault="00200D8C" w:rsidP="00025D44">
      <w:pPr>
        <w:spacing w:after="0" w:line="240" w:lineRule="auto"/>
        <w:rPr>
          <w:rFonts w:ascii="Arial" w:hAnsi="Arial" w:cs="Arial"/>
        </w:rPr>
      </w:pPr>
      <w:r w:rsidRPr="002207B1">
        <w:rPr>
          <w:rFonts w:ascii="Arial" w:hAnsi="Arial" w:cs="Arial"/>
        </w:rPr>
        <w:t xml:space="preserve">details as to whether you are too ill to work or whether you are well enough to work </w:t>
      </w:r>
    </w:p>
    <w:p w14:paraId="0BB09413" w14:textId="77777777" w:rsidR="000E7322" w:rsidRPr="002207B1" w:rsidRDefault="00200D8C" w:rsidP="00025D44">
      <w:pPr>
        <w:spacing w:after="0" w:line="240" w:lineRule="auto"/>
        <w:rPr>
          <w:rFonts w:ascii="Arial" w:hAnsi="Arial" w:cs="Arial"/>
        </w:rPr>
      </w:pPr>
      <w:r w:rsidRPr="002207B1">
        <w:rPr>
          <w:rFonts w:ascii="Arial" w:hAnsi="Arial" w:cs="Arial"/>
        </w:rPr>
        <w:t xml:space="preserve">with suitable support from the Council. This gives you and the Council the </w:t>
      </w:r>
    </w:p>
    <w:p w14:paraId="102D5387" w14:textId="77777777" w:rsidR="000E7322" w:rsidRPr="002207B1" w:rsidRDefault="00200D8C" w:rsidP="00025D44">
      <w:pPr>
        <w:spacing w:after="0" w:line="240" w:lineRule="auto"/>
        <w:rPr>
          <w:rFonts w:ascii="Arial" w:hAnsi="Arial" w:cs="Arial"/>
        </w:rPr>
      </w:pPr>
      <w:r w:rsidRPr="002207B1">
        <w:rPr>
          <w:rFonts w:ascii="Arial" w:hAnsi="Arial" w:cs="Arial"/>
        </w:rPr>
        <w:t xml:space="preserve">opportunity to discuss suitable arrangements which will support your return to work. </w:t>
      </w:r>
    </w:p>
    <w:p w14:paraId="35EA257B" w14:textId="77777777" w:rsidR="000E7322" w:rsidRPr="002207B1" w:rsidRDefault="00200D8C" w:rsidP="00025D44">
      <w:pPr>
        <w:spacing w:after="0" w:line="240" w:lineRule="auto"/>
        <w:rPr>
          <w:rFonts w:ascii="Arial" w:hAnsi="Arial" w:cs="Arial"/>
        </w:rPr>
      </w:pPr>
      <w:r w:rsidRPr="002207B1">
        <w:rPr>
          <w:rFonts w:ascii="Arial" w:hAnsi="Arial" w:cs="Arial"/>
        </w:rPr>
        <w:t xml:space="preserve">The form also gives more space for the doctor to provide information about your </w:t>
      </w:r>
    </w:p>
    <w:p w14:paraId="72ACA570" w14:textId="77777777" w:rsidR="000E7322" w:rsidRPr="002207B1" w:rsidRDefault="00200D8C" w:rsidP="00025D44">
      <w:pPr>
        <w:spacing w:after="0" w:line="240" w:lineRule="auto"/>
        <w:rPr>
          <w:rFonts w:ascii="Arial" w:hAnsi="Arial" w:cs="Arial"/>
        </w:rPr>
      </w:pPr>
      <w:r w:rsidRPr="002207B1">
        <w:rPr>
          <w:rFonts w:ascii="Arial" w:hAnsi="Arial" w:cs="Arial"/>
        </w:rPr>
        <w:t xml:space="preserve">condition and helpful tick boxes to suggest common ways to help you return to </w:t>
      </w:r>
    </w:p>
    <w:p w14:paraId="6453BE02" w14:textId="77777777" w:rsidR="000E7322" w:rsidRPr="002207B1" w:rsidRDefault="00200D8C" w:rsidP="00025D44">
      <w:pPr>
        <w:spacing w:after="0" w:line="240" w:lineRule="auto"/>
        <w:rPr>
          <w:rFonts w:ascii="Arial" w:hAnsi="Arial" w:cs="Arial"/>
        </w:rPr>
      </w:pPr>
      <w:r w:rsidRPr="002207B1">
        <w:rPr>
          <w:rFonts w:ascii="Arial" w:hAnsi="Arial" w:cs="Arial"/>
        </w:rPr>
        <w:t>work.</w:t>
      </w:r>
    </w:p>
    <w:p w14:paraId="0D9186E4" w14:textId="77777777" w:rsidR="00E040EC" w:rsidRDefault="00E040EC" w:rsidP="00025D44">
      <w:pPr>
        <w:spacing w:after="0" w:line="240" w:lineRule="auto"/>
        <w:rPr>
          <w:rFonts w:ascii="Arial" w:hAnsi="Arial" w:cs="Arial"/>
        </w:rPr>
      </w:pPr>
    </w:p>
    <w:p w14:paraId="7BAD4A89" w14:textId="65807EE8" w:rsidR="000E7322" w:rsidRPr="002207B1" w:rsidRDefault="00200D8C" w:rsidP="00025D44">
      <w:pPr>
        <w:spacing w:after="0" w:line="240" w:lineRule="auto"/>
        <w:rPr>
          <w:rFonts w:ascii="Arial" w:hAnsi="Arial" w:cs="Arial"/>
        </w:rPr>
      </w:pPr>
      <w:r w:rsidRPr="002207B1">
        <w:rPr>
          <w:rFonts w:ascii="Arial" w:hAnsi="Arial" w:cs="Arial"/>
        </w:rPr>
        <w:t xml:space="preserve">1.1.4. All sickness or injury absence will be entered on your employment record and will </w:t>
      </w:r>
    </w:p>
    <w:p w14:paraId="4211549E" w14:textId="77777777" w:rsidR="000E7322" w:rsidRPr="002207B1" w:rsidRDefault="00200D8C" w:rsidP="00025D44">
      <w:pPr>
        <w:spacing w:after="0" w:line="240" w:lineRule="auto"/>
        <w:rPr>
          <w:rFonts w:ascii="Arial" w:hAnsi="Arial" w:cs="Arial"/>
        </w:rPr>
      </w:pPr>
      <w:r w:rsidRPr="002207B1">
        <w:rPr>
          <w:rFonts w:ascii="Arial" w:hAnsi="Arial" w:cs="Arial"/>
        </w:rPr>
        <w:t>be monitored from time-to-time.</w:t>
      </w:r>
    </w:p>
    <w:p w14:paraId="14B64EFD" w14:textId="77777777" w:rsidR="00495975" w:rsidRDefault="00495975" w:rsidP="00025D44">
      <w:pPr>
        <w:spacing w:after="0" w:line="240" w:lineRule="auto"/>
        <w:rPr>
          <w:rFonts w:ascii="Arial" w:hAnsi="Arial" w:cs="Arial"/>
          <w:b/>
          <w:bCs/>
        </w:rPr>
      </w:pPr>
    </w:p>
    <w:p w14:paraId="2DE80C23" w14:textId="305A5687" w:rsidR="000E7322" w:rsidRPr="002207B1" w:rsidRDefault="00200D8C" w:rsidP="00025D44">
      <w:pPr>
        <w:spacing w:after="0" w:line="240" w:lineRule="auto"/>
        <w:rPr>
          <w:rFonts w:ascii="Arial" w:hAnsi="Arial" w:cs="Arial"/>
          <w:b/>
          <w:bCs/>
        </w:rPr>
      </w:pPr>
      <w:r w:rsidRPr="002207B1">
        <w:rPr>
          <w:rFonts w:ascii="Arial" w:hAnsi="Arial" w:cs="Arial"/>
          <w:b/>
          <w:bCs/>
        </w:rPr>
        <w:t>2. Return-to-work meetings</w:t>
      </w:r>
    </w:p>
    <w:p w14:paraId="01A7F97C" w14:textId="77777777" w:rsidR="00E040EC" w:rsidRDefault="00E040EC" w:rsidP="00025D44">
      <w:pPr>
        <w:spacing w:after="0" w:line="240" w:lineRule="auto"/>
        <w:rPr>
          <w:rFonts w:ascii="Arial" w:hAnsi="Arial" w:cs="Arial"/>
        </w:rPr>
      </w:pPr>
    </w:p>
    <w:p w14:paraId="3A267348" w14:textId="22F08EEE" w:rsidR="000E7322" w:rsidRPr="002207B1" w:rsidRDefault="00200D8C" w:rsidP="00025D44">
      <w:pPr>
        <w:spacing w:after="0" w:line="240" w:lineRule="auto"/>
        <w:rPr>
          <w:rFonts w:ascii="Arial" w:hAnsi="Arial" w:cs="Arial"/>
        </w:rPr>
      </w:pPr>
      <w:r w:rsidRPr="002207B1">
        <w:rPr>
          <w:rFonts w:ascii="Arial" w:hAnsi="Arial" w:cs="Arial"/>
        </w:rPr>
        <w:t xml:space="preserve">2.1. On the first day back at work after a period of sickness absence your manager may </w:t>
      </w:r>
    </w:p>
    <w:p w14:paraId="70215F74" w14:textId="77777777" w:rsidR="000E7322" w:rsidRPr="002207B1" w:rsidRDefault="00200D8C" w:rsidP="00025D44">
      <w:pPr>
        <w:spacing w:after="0" w:line="240" w:lineRule="auto"/>
        <w:rPr>
          <w:rFonts w:ascii="Arial" w:hAnsi="Arial" w:cs="Arial"/>
        </w:rPr>
      </w:pPr>
      <w:r w:rsidRPr="002207B1">
        <w:rPr>
          <w:rFonts w:ascii="Arial" w:hAnsi="Arial" w:cs="Arial"/>
        </w:rPr>
        <w:t xml:space="preserve">want to meet informally. If this is not possible on your first day back, the meeting may </w:t>
      </w:r>
    </w:p>
    <w:p w14:paraId="4B57DE39" w14:textId="77777777" w:rsidR="000E7322" w:rsidRPr="002207B1" w:rsidRDefault="00200D8C" w:rsidP="00025D44">
      <w:pPr>
        <w:spacing w:after="0" w:line="240" w:lineRule="auto"/>
        <w:rPr>
          <w:rFonts w:ascii="Arial" w:hAnsi="Arial" w:cs="Arial"/>
        </w:rPr>
      </w:pPr>
      <w:r w:rsidRPr="002207B1">
        <w:rPr>
          <w:rFonts w:ascii="Arial" w:hAnsi="Arial" w:cs="Arial"/>
        </w:rPr>
        <w:t xml:space="preserve">take place later. The return-to-work meeting should take place in a private place, and all </w:t>
      </w:r>
    </w:p>
    <w:p w14:paraId="04F51EEE" w14:textId="77777777" w:rsidR="000E7322" w:rsidRPr="002207B1" w:rsidRDefault="00200D8C" w:rsidP="00025D44">
      <w:pPr>
        <w:spacing w:after="0" w:line="240" w:lineRule="auto"/>
        <w:rPr>
          <w:rFonts w:ascii="Arial" w:hAnsi="Arial" w:cs="Arial"/>
        </w:rPr>
      </w:pPr>
      <w:r w:rsidRPr="002207B1">
        <w:rPr>
          <w:rFonts w:ascii="Arial" w:hAnsi="Arial" w:cs="Arial"/>
        </w:rPr>
        <w:t>discussions should be private and confidential. The meeting would normally include</w:t>
      </w:r>
    </w:p>
    <w:p w14:paraId="3235E039" w14:textId="77777777" w:rsidR="00E040EC" w:rsidRDefault="00E040EC" w:rsidP="00025D44">
      <w:pPr>
        <w:spacing w:after="0" w:line="240" w:lineRule="auto"/>
        <w:rPr>
          <w:rFonts w:ascii="Arial" w:hAnsi="Arial" w:cs="Arial"/>
        </w:rPr>
      </w:pPr>
    </w:p>
    <w:p w14:paraId="4AB04B5B" w14:textId="241AC64B" w:rsidR="000E7322" w:rsidRPr="002207B1" w:rsidRDefault="00200D8C" w:rsidP="00025D44">
      <w:pPr>
        <w:spacing w:after="0" w:line="240" w:lineRule="auto"/>
        <w:rPr>
          <w:rFonts w:ascii="Arial" w:hAnsi="Arial" w:cs="Arial"/>
        </w:rPr>
      </w:pPr>
      <w:r w:rsidRPr="002207B1">
        <w:rPr>
          <w:rFonts w:ascii="Arial" w:hAnsi="Arial" w:cs="Arial"/>
        </w:rPr>
        <w:t>2.1.1. a welcome back to work;</w:t>
      </w:r>
    </w:p>
    <w:p w14:paraId="6FCF8316" w14:textId="77777777" w:rsidR="00E040EC" w:rsidRDefault="00E040EC" w:rsidP="00025D44">
      <w:pPr>
        <w:spacing w:after="0" w:line="240" w:lineRule="auto"/>
        <w:rPr>
          <w:rFonts w:ascii="Arial" w:hAnsi="Arial" w:cs="Arial"/>
        </w:rPr>
      </w:pPr>
    </w:p>
    <w:p w14:paraId="6847B30E" w14:textId="57E7B9CB" w:rsidR="000E7322" w:rsidRPr="002207B1" w:rsidRDefault="00200D8C" w:rsidP="00025D44">
      <w:pPr>
        <w:spacing w:after="0" w:line="240" w:lineRule="auto"/>
        <w:rPr>
          <w:rFonts w:ascii="Arial" w:hAnsi="Arial" w:cs="Arial"/>
        </w:rPr>
      </w:pPr>
      <w:r w:rsidRPr="002207B1">
        <w:rPr>
          <w:rFonts w:ascii="Arial" w:hAnsi="Arial" w:cs="Arial"/>
        </w:rPr>
        <w:t xml:space="preserve">2.1.2. outline the purpose of the return-to-work meeting; which is to manage and monitor </w:t>
      </w:r>
    </w:p>
    <w:p w14:paraId="21AD077D" w14:textId="77777777" w:rsidR="000E7322" w:rsidRPr="002207B1" w:rsidRDefault="00200D8C" w:rsidP="00025D44">
      <w:pPr>
        <w:spacing w:after="0" w:line="240" w:lineRule="auto"/>
        <w:rPr>
          <w:rFonts w:ascii="Arial" w:hAnsi="Arial" w:cs="Arial"/>
        </w:rPr>
      </w:pPr>
      <w:r w:rsidRPr="002207B1">
        <w:rPr>
          <w:rFonts w:ascii="Arial" w:hAnsi="Arial" w:cs="Arial"/>
        </w:rPr>
        <w:t xml:space="preserve">absence and attendance to identify any problem areas and offer support where </w:t>
      </w:r>
    </w:p>
    <w:p w14:paraId="0605135E" w14:textId="77777777" w:rsidR="000E7322" w:rsidRPr="002207B1" w:rsidRDefault="00200D8C" w:rsidP="00025D44">
      <w:pPr>
        <w:spacing w:after="0" w:line="240" w:lineRule="auto"/>
        <w:rPr>
          <w:rFonts w:ascii="Arial" w:hAnsi="Arial" w:cs="Arial"/>
        </w:rPr>
      </w:pPr>
      <w:r w:rsidRPr="002207B1">
        <w:rPr>
          <w:rFonts w:ascii="Arial" w:hAnsi="Arial" w:cs="Arial"/>
        </w:rPr>
        <w:t>appropriate;</w:t>
      </w:r>
    </w:p>
    <w:p w14:paraId="155FED53" w14:textId="77777777" w:rsidR="00E040EC" w:rsidRDefault="00E040EC" w:rsidP="00025D44">
      <w:pPr>
        <w:spacing w:after="0" w:line="240" w:lineRule="auto"/>
        <w:rPr>
          <w:rFonts w:ascii="Arial" w:hAnsi="Arial" w:cs="Arial"/>
        </w:rPr>
      </w:pPr>
    </w:p>
    <w:p w14:paraId="0BC49F2B" w14:textId="06E4DF87" w:rsidR="000E7322" w:rsidRPr="002207B1" w:rsidRDefault="00200D8C" w:rsidP="00025D44">
      <w:pPr>
        <w:spacing w:after="0" w:line="240" w:lineRule="auto"/>
        <w:rPr>
          <w:rFonts w:ascii="Arial" w:hAnsi="Arial" w:cs="Arial"/>
        </w:rPr>
      </w:pPr>
      <w:r w:rsidRPr="002207B1">
        <w:rPr>
          <w:rFonts w:ascii="Arial" w:hAnsi="Arial" w:cs="Arial"/>
        </w:rPr>
        <w:t xml:space="preserve">2.1.3. a discussion about the reasons for absence, in a supportive way and to </w:t>
      </w:r>
    </w:p>
    <w:p w14:paraId="111AF9EF" w14:textId="77777777" w:rsidR="000E7322" w:rsidRPr="002207B1" w:rsidRDefault="00200D8C" w:rsidP="00025D44">
      <w:pPr>
        <w:spacing w:after="0" w:line="240" w:lineRule="auto"/>
        <w:rPr>
          <w:rFonts w:ascii="Arial" w:hAnsi="Arial" w:cs="Arial"/>
        </w:rPr>
      </w:pPr>
      <w:r w:rsidRPr="002207B1">
        <w:rPr>
          <w:rFonts w:ascii="Arial" w:hAnsi="Arial" w:cs="Arial"/>
        </w:rPr>
        <w:t xml:space="preserve">understand whether the council can take any steps to help the employee’s </w:t>
      </w:r>
    </w:p>
    <w:p w14:paraId="52F2F9F9" w14:textId="77777777" w:rsidR="000E7322" w:rsidRPr="002207B1" w:rsidRDefault="00200D8C" w:rsidP="00025D44">
      <w:pPr>
        <w:spacing w:after="0" w:line="240" w:lineRule="auto"/>
        <w:rPr>
          <w:rFonts w:ascii="Arial" w:hAnsi="Arial" w:cs="Arial"/>
        </w:rPr>
      </w:pPr>
      <w:r w:rsidRPr="002207B1">
        <w:rPr>
          <w:rFonts w:ascii="Arial" w:hAnsi="Arial" w:cs="Arial"/>
        </w:rPr>
        <w:t>attendance;</w:t>
      </w:r>
    </w:p>
    <w:p w14:paraId="1F4C356D" w14:textId="77777777" w:rsidR="00E040EC" w:rsidRDefault="00E040EC" w:rsidP="00025D44">
      <w:pPr>
        <w:spacing w:after="0" w:line="240" w:lineRule="auto"/>
        <w:rPr>
          <w:rFonts w:ascii="Arial" w:hAnsi="Arial" w:cs="Arial"/>
        </w:rPr>
      </w:pPr>
    </w:p>
    <w:p w14:paraId="4E6CAF7B" w14:textId="1C20543C" w:rsidR="000E7322" w:rsidRPr="002207B1" w:rsidRDefault="00200D8C" w:rsidP="00025D44">
      <w:pPr>
        <w:spacing w:after="0" w:line="240" w:lineRule="auto"/>
        <w:rPr>
          <w:rFonts w:ascii="Arial" w:hAnsi="Arial" w:cs="Arial"/>
        </w:rPr>
      </w:pPr>
      <w:r w:rsidRPr="002207B1">
        <w:rPr>
          <w:rFonts w:ascii="Arial" w:hAnsi="Arial" w:cs="Arial"/>
        </w:rPr>
        <w:t>2.1.4. explain that the absence will be recorded;</w:t>
      </w:r>
    </w:p>
    <w:p w14:paraId="25C5E29E" w14:textId="77777777" w:rsidR="00E040EC" w:rsidRDefault="00E040EC" w:rsidP="00025D44">
      <w:pPr>
        <w:spacing w:after="0" w:line="240" w:lineRule="auto"/>
        <w:rPr>
          <w:rFonts w:ascii="Arial" w:hAnsi="Arial" w:cs="Arial"/>
        </w:rPr>
      </w:pPr>
    </w:p>
    <w:p w14:paraId="3A94DC59" w14:textId="49AA4FD8" w:rsidR="000E7322" w:rsidRPr="002207B1" w:rsidRDefault="00200D8C" w:rsidP="00025D44">
      <w:pPr>
        <w:spacing w:after="0" w:line="240" w:lineRule="auto"/>
        <w:rPr>
          <w:rFonts w:ascii="Arial" w:hAnsi="Arial" w:cs="Arial"/>
        </w:rPr>
      </w:pPr>
      <w:r w:rsidRPr="002207B1">
        <w:rPr>
          <w:rFonts w:ascii="Arial" w:hAnsi="Arial" w:cs="Arial"/>
        </w:rPr>
        <w:t>2.1.5. establish if medical advice has been sought (if appropriate);</w:t>
      </w:r>
    </w:p>
    <w:p w14:paraId="3FFCA596" w14:textId="77777777" w:rsidR="00E040EC" w:rsidRDefault="00E040EC" w:rsidP="00025D44">
      <w:pPr>
        <w:spacing w:after="0" w:line="240" w:lineRule="auto"/>
        <w:rPr>
          <w:rFonts w:ascii="Arial" w:hAnsi="Arial" w:cs="Arial"/>
        </w:rPr>
      </w:pPr>
    </w:p>
    <w:p w14:paraId="7BD613ED" w14:textId="33939660" w:rsidR="000E7322" w:rsidRPr="002207B1" w:rsidRDefault="00200D8C" w:rsidP="00025D44">
      <w:pPr>
        <w:spacing w:after="0" w:line="240" w:lineRule="auto"/>
        <w:rPr>
          <w:rFonts w:ascii="Arial" w:hAnsi="Arial" w:cs="Arial"/>
        </w:rPr>
      </w:pPr>
      <w:r w:rsidRPr="002207B1">
        <w:rPr>
          <w:rFonts w:ascii="Arial" w:hAnsi="Arial" w:cs="Arial"/>
        </w:rPr>
        <w:t xml:space="preserve">2.1.6. ensure the self-certification form has been completed or a fit note from the doctor </w:t>
      </w:r>
    </w:p>
    <w:p w14:paraId="5EC763E1" w14:textId="77777777" w:rsidR="000E7322" w:rsidRPr="002207B1" w:rsidRDefault="00200D8C" w:rsidP="00025D44">
      <w:pPr>
        <w:spacing w:after="0" w:line="240" w:lineRule="auto"/>
        <w:rPr>
          <w:rFonts w:ascii="Arial" w:hAnsi="Arial" w:cs="Arial"/>
        </w:rPr>
      </w:pPr>
      <w:r w:rsidRPr="002207B1">
        <w:rPr>
          <w:rFonts w:ascii="Arial" w:hAnsi="Arial" w:cs="Arial"/>
        </w:rPr>
        <w:t>has been provided;</w:t>
      </w:r>
    </w:p>
    <w:p w14:paraId="11149C65" w14:textId="77777777" w:rsidR="00E040EC" w:rsidRDefault="00E040EC" w:rsidP="00025D44">
      <w:pPr>
        <w:spacing w:after="0" w:line="240" w:lineRule="auto"/>
        <w:rPr>
          <w:rFonts w:ascii="Arial" w:hAnsi="Arial" w:cs="Arial"/>
        </w:rPr>
      </w:pPr>
    </w:p>
    <w:p w14:paraId="224FA773" w14:textId="5A69349F" w:rsidR="000E7322" w:rsidRPr="002207B1" w:rsidRDefault="00200D8C" w:rsidP="00025D44">
      <w:pPr>
        <w:spacing w:after="0" w:line="240" w:lineRule="auto"/>
        <w:rPr>
          <w:rFonts w:ascii="Arial" w:hAnsi="Arial" w:cs="Arial"/>
        </w:rPr>
      </w:pPr>
      <w:r w:rsidRPr="002207B1">
        <w:rPr>
          <w:rFonts w:ascii="Arial" w:hAnsi="Arial" w:cs="Arial"/>
        </w:rPr>
        <w:lastRenderedPageBreak/>
        <w:t>2.1.7. a discussion</w:t>
      </w:r>
      <w:r w:rsidRPr="002207B1">
        <w:rPr>
          <w:rFonts w:ascii="Arial" w:hAnsi="Arial" w:cs="Arial"/>
        </w:rPr>
        <w:t xml:space="preserve"> on absence over the last 52 weeks, the impact on pay and any next </w:t>
      </w:r>
    </w:p>
    <w:p w14:paraId="64D7B227" w14:textId="77777777" w:rsidR="000E7322" w:rsidRPr="002207B1" w:rsidRDefault="00200D8C" w:rsidP="00025D44">
      <w:pPr>
        <w:spacing w:after="0" w:line="240" w:lineRule="auto"/>
        <w:rPr>
          <w:rFonts w:ascii="Arial" w:hAnsi="Arial" w:cs="Arial"/>
        </w:rPr>
      </w:pPr>
      <w:r w:rsidRPr="002207B1">
        <w:rPr>
          <w:rFonts w:ascii="Arial" w:hAnsi="Arial" w:cs="Arial"/>
        </w:rPr>
        <w:t>steps; and</w:t>
      </w:r>
    </w:p>
    <w:p w14:paraId="19FB210C" w14:textId="77777777" w:rsidR="00E040EC" w:rsidRDefault="00E040EC" w:rsidP="00025D44">
      <w:pPr>
        <w:spacing w:after="0" w:line="240" w:lineRule="auto"/>
        <w:rPr>
          <w:rFonts w:ascii="Arial" w:hAnsi="Arial" w:cs="Arial"/>
        </w:rPr>
      </w:pPr>
    </w:p>
    <w:p w14:paraId="41DA7808" w14:textId="5EC07FFE" w:rsidR="000E7322" w:rsidRPr="002207B1" w:rsidRDefault="00200D8C" w:rsidP="00025D44">
      <w:pPr>
        <w:spacing w:after="0" w:line="240" w:lineRule="auto"/>
        <w:rPr>
          <w:rFonts w:ascii="Arial" w:hAnsi="Arial" w:cs="Arial"/>
        </w:rPr>
      </w:pPr>
      <w:r w:rsidRPr="002207B1">
        <w:rPr>
          <w:rFonts w:ascii="Arial" w:hAnsi="Arial" w:cs="Arial"/>
        </w:rPr>
        <w:t>2.1.8. a handover of work where appropriate.</w:t>
      </w:r>
    </w:p>
    <w:p w14:paraId="0E7CF802" w14:textId="77777777" w:rsidR="00495975" w:rsidRDefault="00495975" w:rsidP="00025D44">
      <w:pPr>
        <w:spacing w:after="0" w:line="240" w:lineRule="auto"/>
        <w:rPr>
          <w:rFonts w:ascii="Arial" w:hAnsi="Arial" w:cs="Arial"/>
          <w:b/>
          <w:bCs/>
        </w:rPr>
      </w:pPr>
    </w:p>
    <w:p w14:paraId="753B9A07" w14:textId="31010080" w:rsidR="000E7322" w:rsidRPr="002207B1" w:rsidRDefault="00200D8C" w:rsidP="00025D44">
      <w:pPr>
        <w:spacing w:after="0" w:line="240" w:lineRule="auto"/>
        <w:rPr>
          <w:rFonts w:ascii="Arial" w:hAnsi="Arial" w:cs="Arial"/>
          <w:b/>
          <w:bCs/>
        </w:rPr>
      </w:pPr>
      <w:r w:rsidRPr="002207B1">
        <w:rPr>
          <w:rFonts w:ascii="Arial" w:hAnsi="Arial" w:cs="Arial"/>
          <w:b/>
          <w:bCs/>
        </w:rPr>
        <w:t>3. Medical appointments</w:t>
      </w:r>
    </w:p>
    <w:p w14:paraId="036D4890" w14:textId="77777777" w:rsidR="00E040EC" w:rsidRDefault="00E040EC" w:rsidP="00025D44">
      <w:pPr>
        <w:spacing w:after="0" w:line="240" w:lineRule="auto"/>
        <w:rPr>
          <w:rFonts w:ascii="Arial" w:hAnsi="Arial" w:cs="Arial"/>
        </w:rPr>
      </w:pPr>
    </w:p>
    <w:p w14:paraId="7675C38C" w14:textId="522F80CE" w:rsidR="000E7322" w:rsidRPr="002207B1" w:rsidRDefault="00200D8C" w:rsidP="00025D44">
      <w:pPr>
        <w:spacing w:after="0" w:line="240" w:lineRule="auto"/>
        <w:rPr>
          <w:rFonts w:ascii="Arial" w:hAnsi="Arial" w:cs="Arial"/>
        </w:rPr>
      </w:pPr>
      <w:r w:rsidRPr="002207B1">
        <w:rPr>
          <w:rFonts w:ascii="Arial" w:hAnsi="Arial" w:cs="Arial"/>
        </w:rPr>
        <w:t xml:space="preserve">3.1. The council </w:t>
      </w:r>
      <w:proofErr w:type="spellStart"/>
      <w:r w:rsidRPr="002207B1">
        <w:rPr>
          <w:rFonts w:ascii="Arial" w:hAnsi="Arial" w:cs="Arial"/>
        </w:rPr>
        <w:t>recognises</w:t>
      </w:r>
      <w:proofErr w:type="spellEnd"/>
      <w:r w:rsidRPr="002207B1">
        <w:rPr>
          <w:rFonts w:ascii="Arial" w:hAnsi="Arial" w:cs="Arial"/>
        </w:rPr>
        <w:t xml:space="preserve"> that employees will, from time to time, need to attend medical appointments. Please try to arrange medical appointments in your own time or, if this </w:t>
      </w:r>
    </w:p>
    <w:p w14:paraId="1EDBBE35" w14:textId="77777777" w:rsidR="000E7322" w:rsidRPr="002207B1" w:rsidRDefault="00200D8C" w:rsidP="00025D44">
      <w:pPr>
        <w:spacing w:after="0" w:line="240" w:lineRule="auto"/>
        <w:rPr>
          <w:rFonts w:ascii="Arial" w:hAnsi="Arial" w:cs="Arial"/>
        </w:rPr>
      </w:pPr>
      <w:r w:rsidRPr="002207B1">
        <w:rPr>
          <w:rFonts w:ascii="Arial" w:hAnsi="Arial" w:cs="Arial"/>
        </w:rPr>
        <w:t xml:space="preserve">is not possible, at times that will cause the minimum amount of absence from work or </w:t>
      </w:r>
    </w:p>
    <w:p w14:paraId="6F1CC3E7" w14:textId="77777777" w:rsidR="000E7322" w:rsidRPr="002207B1" w:rsidRDefault="00200D8C" w:rsidP="00025D44">
      <w:pPr>
        <w:spacing w:after="0" w:line="240" w:lineRule="auto"/>
        <w:rPr>
          <w:rFonts w:ascii="Arial" w:hAnsi="Arial" w:cs="Arial"/>
        </w:rPr>
      </w:pPr>
      <w:r w:rsidRPr="002207B1">
        <w:rPr>
          <w:rFonts w:ascii="Arial" w:hAnsi="Arial" w:cs="Arial"/>
        </w:rPr>
        <w:t xml:space="preserve">inconvenience to the council. The council will allow reasonable time off work with for </w:t>
      </w:r>
    </w:p>
    <w:p w14:paraId="3D946E27" w14:textId="77777777" w:rsidR="000E7322" w:rsidRPr="002207B1" w:rsidRDefault="00200D8C" w:rsidP="00025D44">
      <w:pPr>
        <w:spacing w:after="0" w:line="240" w:lineRule="auto"/>
        <w:rPr>
          <w:rFonts w:ascii="Arial" w:hAnsi="Arial" w:cs="Arial"/>
        </w:rPr>
      </w:pPr>
      <w:r w:rsidRPr="002207B1">
        <w:rPr>
          <w:rFonts w:ascii="Arial" w:hAnsi="Arial" w:cs="Arial"/>
        </w:rPr>
        <w:t>such appointments.</w:t>
      </w:r>
    </w:p>
    <w:p w14:paraId="091B2806" w14:textId="77777777" w:rsidR="00495975" w:rsidRDefault="00495975" w:rsidP="00025D44">
      <w:pPr>
        <w:spacing w:after="0" w:line="240" w:lineRule="auto"/>
        <w:rPr>
          <w:rFonts w:ascii="Arial" w:hAnsi="Arial" w:cs="Arial"/>
          <w:b/>
          <w:bCs/>
        </w:rPr>
      </w:pPr>
    </w:p>
    <w:p w14:paraId="0252A41D" w14:textId="6B431F78" w:rsidR="000E7322" w:rsidRPr="002207B1" w:rsidRDefault="00200D8C" w:rsidP="00025D44">
      <w:pPr>
        <w:spacing w:after="0" w:line="240" w:lineRule="auto"/>
        <w:rPr>
          <w:rFonts w:ascii="Arial" w:hAnsi="Arial" w:cs="Arial"/>
          <w:b/>
          <w:bCs/>
        </w:rPr>
      </w:pPr>
      <w:r w:rsidRPr="002207B1">
        <w:rPr>
          <w:rFonts w:ascii="Arial" w:hAnsi="Arial" w:cs="Arial"/>
          <w:b/>
          <w:bCs/>
        </w:rPr>
        <w:t xml:space="preserve">4. Statutory Sick Pay </w:t>
      </w:r>
    </w:p>
    <w:p w14:paraId="376EAD20" w14:textId="77777777" w:rsidR="000E7322" w:rsidRPr="002207B1" w:rsidRDefault="00200D8C" w:rsidP="00025D44">
      <w:pPr>
        <w:spacing w:after="0" w:line="240" w:lineRule="auto"/>
        <w:rPr>
          <w:rFonts w:ascii="Arial" w:hAnsi="Arial" w:cs="Arial"/>
        </w:rPr>
      </w:pPr>
      <w:r w:rsidRPr="002207B1">
        <w:rPr>
          <w:rFonts w:ascii="Arial" w:hAnsi="Arial" w:cs="Arial"/>
        </w:rPr>
        <w:t xml:space="preserve">4.1. If you are ill and unable to attend work, you may be entitled to Statutory Sick Pay </w:t>
      </w:r>
    </w:p>
    <w:p w14:paraId="2BF46E22" w14:textId="0C05F62C" w:rsidR="000E7322" w:rsidRPr="002207B1" w:rsidRDefault="00200D8C" w:rsidP="00025D44">
      <w:pPr>
        <w:spacing w:after="0" w:line="240" w:lineRule="auto"/>
        <w:rPr>
          <w:rFonts w:ascii="Arial" w:hAnsi="Arial" w:cs="Arial"/>
        </w:rPr>
      </w:pPr>
      <w:r w:rsidRPr="002207B1">
        <w:rPr>
          <w:rFonts w:ascii="Arial" w:hAnsi="Arial" w:cs="Arial"/>
        </w:rPr>
        <w:t xml:space="preserve">(SSP). SSP is currently paid </w:t>
      </w:r>
      <w:r w:rsidR="00A96B5C">
        <w:rPr>
          <w:rFonts w:ascii="Arial" w:hAnsi="Arial" w:cs="Arial"/>
        </w:rPr>
        <w:t>from the first</w:t>
      </w:r>
      <w:r w:rsidRPr="002207B1">
        <w:rPr>
          <w:rFonts w:ascii="Arial" w:hAnsi="Arial" w:cs="Arial"/>
        </w:rPr>
        <w:t xml:space="preserve"> Day</w:t>
      </w:r>
      <w:r w:rsidR="00007C7B">
        <w:rPr>
          <w:rFonts w:ascii="Arial" w:hAnsi="Arial" w:cs="Arial"/>
        </w:rPr>
        <w:t xml:space="preserve"> of</w:t>
      </w:r>
      <w:r w:rsidRPr="002207B1">
        <w:rPr>
          <w:rFonts w:ascii="Arial" w:hAnsi="Arial" w:cs="Arial"/>
        </w:rPr>
        <w:t xml:space="preserve"> absence from work. The </w:t>
      </w:r>
    </w:p>
    <w:p w14:paraId="5B31E019" w14:textId="77777777" w:rsidR="000E7322" w:rsidRPr="002207B1" w:rsidRDefault="00200D8C" w:rsidP="00025D44">
      <w:pPr>
        <w:spacing w:after="0" w:line="240" w:lineRule="auto"/>
        <w:rPr>
          <w:rFonts w:ascii="Arial" w:hAnsi="Arial" w:cs="Arial"/>
        </w:rPr>
      </w:pPr>
      <w:r w:rsidRPr="002207B1">
        <w:rPr>
          <w:rFonts w:ascii="Arial" w:hAnsi="Arial" w:cs="Arial"/>
        </w:rPr>
        <w:t xml:space="preserve">Qualifying Days are your normal working days that are in your contract. Tax and </w:t>
      </w:r>
    </w:p>
    <w:p w14:paraId="236EFF71" w14:textId="77777777" w:rsidR="000E7322" w:rsidRPr="002207B1" w:rsidRDefault="00200D8C" w:rsidP="00025D44">
      <w:pPr>
        <w:spacing w:after="0" w:line="240" w:lineRule="auto"/>
        <w:rPr>
          <w:rFonts w:ascii="Arial" w:hAnsi="Arial" w:cs="Arial"/>
        </w:rPr>
      </w:pPr>
      <w:r w:rsidRPr="002207B1">
        <w:rPr>
          <w:rFonts w:ascii="Arial" w:hAnsi="Arial" w:cs="Arial"/>
        </w:rPr>
        <w:t xml:space="preserve">National Insurance will be deducted from SSP and if you earn below the lower </w:t>
      </w:r>
    </w:p>
    <w:p w14:paraId="744A5C27" w14:textId="77777777" w:rsidR="000E7322" w:rsidRPr="002207B1" w:rsidRDefault="00200D8C" w:rsidP="00025D44">
      <w:pPr>
        <w:spacing w:after="0" w:line="240" w:lineRule="auto"/>
        <w:rPr>
          <w:rFonts w:ascii="Arial" w:hAnsi="Arial" w:cs="Arial"/>
        </w:rPr>
      </w:pPr>
      <w:r w:rsidRPr="002207B1">
        <w:rPr>
          <w:rFonts w:ascii="Arial" w:hAnsi="Arial" w:cs="Arial"/>
        </w:rPr>
        <w:t>earnings limit, you will not qualify for SSP.</w:t>
      </w:r>
    </w:p>
    <w:p w14:paraId="68F2E332" w14:textId="77777777" w:rsidR="003C2484" w:rsidRDefault="003C2484" w:rsidP="00025D44">
      <w:pPr>
        <w:spacing w:after="0" w:line="240" w:lineRule="auto"/>
        <w:rPr>
          <w:rFonts w:ascii="Arial" w:hAnsi="Arial" w:cs="Arial"/>
          <w:b/>
          <w:bCs/>
        </w:rPr>
      </w:pPr>
    </w:p>
    <w:p w14:paraId="63BE36A8" w14:textId="088171AE" w:rsidR="000E7322" w:rsidRPr="002207B1" w:rsidRDefault="00200D8C" w:rsidP="00025D44">
      <w:pPr>
        <w:spacing w:after="0" w:line="240" w:lineRule="auto"/>
        <w:rPr>
          <w:rFonts w:ascii="Arial" w:hAnsi="Arial" w:cs="Arial"/>
          <w:b/>
          <w:bCs/>
        </w:rPr>
      </w:pPr>
      <w:r w:rsidRPr="002207B1">
        <w:rPr>
          <w:rFonts w:ascii="Arial" w:hAnsi="Arial" w:cs="Arial"/>
          <w:b/>
          <w:bCs/>
        </w:rPr>
        <w:t>5. Medical advice</w:t>
      </w:r>
    </w:p>
    <w:p w14:paraId="1A63F61F" w14:textId="77777777" w:rsidR="00802499" w:rsidRDefault="00802499" w:rsidP="00025D44">
      <w:pPr>
        <w:spacing w:after="0" w:line="240" w:lineRule="auto"/>
        <w:rPr>
          <w:rFonts w:ascii="Arial" w:hAnsi="Arial" w:cs="Arial"/>
        </w:rPr>
      </w:pPr>
    </w:p>
    <w:p w14:paraId="1343B9DA" w14:textId="31D02D3B" w:rsidR="000E7322" w:rsidRPr="002207B1" w:rsidRDefault="00200D8C" w:rsidP="00025D44">
      <w:pPr>
        <w:spacing w:after="0" w:line="240" w:lineRule="auto"/>
        <w:rPr>
          <w:rFonts w:ascii="Arial" w:hAnsi="Arial" w:cs="Arial"/>
        </w:rPr>
      </w:pPr>
      <w:r w:rsidRPr="002207B1">
        <w:rPr>
          <w:rFonts w:ascii="Arial" w:hAnsi="Arial" w:cs="Arial"/>
        </w:rPr>
        <w:t xml:space="preserve">5.1. The Council may want to obtain advice on your fitness for work from occupational </w:t>
      </w:r>
    </w:p>
    <w:p w14:paraId="283DAC79" w14:textId="77777777" w:rsidR="000E7322" w:rsidRPr="002207B1" w:rsidRDefault="00200D8C" w:rsidP="00025D44">
      <w:pPr>
        <w:spacing w:after="0" w:line="240" w:lineRule="auto"/>
        <w:rPr>
          <w:rFonts w:ascii="Arial" w:hAnsi="Arial" w:cs="Arial"/>
        </w:rPr>
      </w:pPr>
      <w:r w:rsidRPr="002207B1">
        <w:rPr>
          <w:rFonts w:ascii="Arial" w:hAnsi="Arial" w:cs="Arial"/>
        </w:rPr>
        <w:t xml:space="preserve">health advisers or medical practitioners. Examples of when the Council might refer to </w:t>
      </w:r>
    </w:p>
    <w:p w14:paraId="610E7459" w14:textId="77777777" w:rsidR="000E7322" w:rsidRPr="002207B1" w:rsidRDefault="00200D8C" w:rsidP="00025D44">
      <w:pPr>
        <w:spacing w:after="0" w:line="240" w:lineRule="auto"/>
        <w:rPr>
          <w:rFonts w:ascii="Arial" w:hAnsi="Arial" w:cs="Arial"/>
        </w:rPr>
      </w:pPr>
      <w:r w:rsidRPr="002207B1">
        <w:rPr>
          <w:rFonts w:ascii="Arial" w:hAnsi="Arial" w:cs="Arial"/>
        </w:rPr>
        <w:t>occupational health or a medical practitioner include the following:</w:t>
      </w:r>
    </w:p>
    <w:p w14:paraId="12330740" w14:textId="77777777" w:rsidR="00802499" w:rsidRDefault="00802499" w:rsidP="00025D44">
      <w:pPr>
        <w:spacing w:after="0" w:line="240" w:lineRule="auto"/>
        <w:rPr>
          <w:rFonts w:ascii="Arial" w:hAnsi="Arial" w:cs="Arial"/>
        </w:rPr>
      </w:pPr>
    </w:p>
    <w:p w14:paraId="029264BC" w14:textId="07E5B3E5" w:rsidR="000E7322" w:rsidRPr="002207B1" w:rsidRDefault="00200D8C" w:rsidP="00025D44">
      <w:pPr>
        <w:spacing w:after="0" w:line="240" w:lineRule="auto"/>
        <w:rPr>
          <w:rFonts w:ascii="Arial" w:hAnsi="Arial" w:cs="Arial"/>
        </w:rPr>
      </w:pPr>
      <w:r w:rsidRPr="002207B1">
        <w:rPr>
          <w:rFonts w:ascii="Arial" w:hAnsi="Arial" w:cs="Arial"/>
        </w:rPr>
        <w:t>5.1.1. to seek a medical report on your illness or injury;</w:t>
      </w:r>
    </w:p>
    <w:p w14:paraId="70E08D95" w14:textId="77777777" w:rsidR="00802499" w:rsidRDefault="00802499" w:rsidP="00025D44">
      <w:pPr>
        <w:spacing w:after="0" w:line="240" w:lineRule="auto"/>
        <w:rPr>
          <w:rFonts w:ascii="Arial" w:hAnsi="Arial" w:cs="Arial"/>
        </w:rPr>
      </w:pPr>
    </w:p>
    <w:p w14:paraId="452F3113" w14:textId="4AA9D86C" w:rsidR="000E7322" w:rsidRPr="002207B1" w:rsidRDefault="00200D8C" w:rsidP="00025D44">
      <w:pPr>
        <w:spacing w:after="0" w:line="240" w:lineRule="auto"/>
        <w:rPr>
          <w:rFonts w:ascii="Arial" w:hAnsi="Arial" w:cs="Arial"/>
        </w:rPr>
      </w:pPr>
      <w:r w:rsidRPr="002207B1">
        <w:rPr>
          <w:rFonts w:ascii="Arial" w:hAnsi="Arial" w:cs="Arial"/>
        </w:rPr>
        <w:t>5.1.2. to establish when you might be able to return to work;</w:t>
      </w:r>
    </w:p>
    <w:p w14:paraId="5180FF9B" w14:textId="77777777" w:rsidR="00802499" w:rsidRDefault="00802499" w:rsidP="00025D44">
      <w:pPr>
        <w:spacing w:after="0" w:line="240" w:lineRule="auto"/>
        <w:rPr>
          <w:rFonts w:ascii="Arial" w:hAnsi="Arial" w:cs="Arial"/>
        </w:rPr>
      </w:pPr>
    </w:p>
    <w:p w14:paraId="3E7A8943" w14:textId="71A491F9" w:rsidR="000E7322" w:rsidRPr="002207B1" w:rsidRDefault="00200D8C" w:rsidP="00025D44">
      <w:pPr>
        <w:spacing w:after="0" w:line="240" w:lineRule="auto"/>
        <w:rPr>
          <w:rFonts w:ascii="Arial" w:hAnsi="Arial" w:cs="Arial"/>
        </w:rPr>
      </w:pPr>
      <w:r w:rsidRPr="002207B1">
        <w:rPr>
          <w:rFonts w:ascii="Arial" w:hAnsi="Arial" w:cs="Arial"/>
        </w:rPr>
        <w:t>5.1.3. to understand when you are likely to be fully fit to resume your normal duties;</w:t>
      </w:r>
    </w:p>
    <w:p w14:paraId="50A21C98" w14:textId="77777777" w:rsidR="00802499" w:rsidRDefault="00802499" w:rsidP="00025D44">
      <w:pPr>
        <w:spacing w:after="0" w:line="240" w:lineRule="auto"/>
        <w:rPr>
          <w:rFonts w:ascii="Arial" w:hAnsi="Arial" w:cs="Arial"/>
        </w:rPr>
      </w:pPr>
    </w:p>
    <w:p w14:paraId="7DF09445" w14:textId="5CDACAC7" w:rsidR="000E7322" w:rsidRPr="002207B1" w:rsidRDefault="00200D8C" w:rsidP="00025D44">
      <w:pPr>
        <w:spacing w:after="0" w:line="240" w:lineRule="auto"/>
        <w:rPr>
          <w:rFonts w:ascii="Arial" w:hAnsi="Arial" w:cs="Arial"/>
        </w:rPr>
      </w:pPr>
      <w:r w:rsidRPr="002207B1">
        <w:rPr>
          <w:rFonts w:ascii="Arial" w:hAnsi="Arial" w:cs="Arial"/>
        </w:rPr>
        <w:t xml:space="preserve">5.1.4. to understand what alternative duties you might be fit to undertake if you are unfit </w:t>
      </w:r>
    </w:p>
    <w:p w14:paraId="11751F78" w14:textId="77777777" w:rsidR="000E7322" w:rsidRPr="002207B1" w:rsidRDefault="00200D8C" w:rsidP="00025D44">
      <w:pPr>
        <w:spacing w:after="0" w:line="240" w:lineRule="auto"/>
        <w:rPr>
          <w:rFonts w:ascii="Arial" w:hAnsi="Arial" w:cs="Arial"/>
        </w:rPr>
      </w:pPr>
      <w:r w:rsidRPr="002207B1">
        <w:rPr>
          <w:rFonts w:ascii="Arial" w:hAnsi="Arial" w:cs="Arial"/>
        </w:rPr>
        <w:t>to resume your normal duties;</w:t>
      </w:r>
    </w:p>
    <w:p w14:paraId="21F49478" w14:textId="77777777" w:rsidR="00802499" w:rsidRDefault="00802499" w:rsidP="00025D44">
      <w:pPr>
        <w:spacing w:after="0" w:line="240" w:lineRule="auto"/>
        <w:rPr>
          <w:rFonts w:ascii="Arial" w:hAnsi="Arial" w:cs="Arial"/>
        </w:rPr>
      </w:pPr>
    </w:p>
    <w:p w14:paraId="5544F092" w14:textId="762FC70F" w:rsidR="000E7322" w:rsidRPr="002207B1" w:rsidRDefault="00200D8C" w:rsidP="00025D44">
      <w:pPr>
        <w:spacing w:after="0" w:line="240" w:lineRule="auto"/>
        <w:rPr>
          <w:rFonts w:ascii="Arial" w:hAnsi="Arial" w:cs="Arial"/>
        </w:rPr>
      </w:pPr>
      <w:r w:rsidRPr="002207B1">
        <w:rPr>
          <w:rFonts w:ascii="Arial" w:hAnsi="Arial" w:cs="Arial"/>
        </w:rPr>
        <w:t>5.1.5. to understand when you are likely to be fit to undertake any alternative duties;</w:t>
      </w:r>
    </w:p>
    <w:p w14:paraId="2CD9A46A" w14:textId="77777777" w:rsidR="00802499" w:rsidRDefault="00802499" w:rsidP="00025D44">
      <w:pPr>
        <w:spacing w:after="0" w:line="240" w:lineRule="auto"/>
        <w:rPr>
          <w:rFonts w:ascii="Arial" w:hAnsi="Arial" w:cs="Arial"/>
        </w:rPr>
      </w:pPr>
    </w:p>
    <w:p w14:paraId="50CDF0CC" w14:textId="3EF0898C" w:rsidR="000E7322" w:rsidRPr="002207B1" w:rsidRDefault="00200D8C" w:rsidP="00025D44">
      <w:pPr>
        <w:spacing w:after="0" w:line="240" w:lineRule="auto"/>
        <w:rPr>
          <w:rFonts w:ascii="Arial" w:hAnsi="Arial" w:cs="Arial"/>
        </w:rPr>
      </w:pPr>
      <w:r w:rsidRPr="002207B1">
        <w:rPr>
          <w:rFonts w:ascii="Arial" w:hAnsi="Arial" w:cs="Arial"/>
        </w:rPr>
        <w:t xml:space="preserve">5.1.6. to ask for guidance on your condition, for example if there is a possibility that you </w:t>
      </w:r>
    </w:p>
    <w:p w14:paraId="079BA132" w14:textId="77777777" w:rsidR="000E7322" w:rsidRPr="002207B1" w:rsidRDefault="00200D8C" w:rsidP="00025D44">
      <w:pPr>
        <w:spacing w:after="0" w:line="240" w:lineRule="auto"/>
        <w:rPr>
          <w:rFonts w:ascii="Arial" w:hAnsi="Arial" w:cs="Arial"/>
        </w:rPr>
      </w:pPr>
      <w:r w:rsidRPr="002207B1">
        <w:rPr>
          <w:rFonts w:ascii="Arial" w:hAnsi="Arial" w:cs="Arial"/>
        </w:rPr>
        <w:t xml:space="preserve">are disabled or ambiguity as to the exact nature of the condition; </w:t>
      </w:r>
    </w:p>
    <w:p w14:paraId="780987C7" w14:textId="77777777" w:rsidR="00802499" w:rsidRDefault="00802499" w:rsidP="00025D44">
      <w:pPr>
        <w:spacing w:after="0" w:line="240" w:lineRule="auto"/>
        <w:rPr>
          <w:rFonts w:ascii="Arial" w:hAnsi="Arial" w:cs="Arial"/>
        </w:rPr>
      </w:pPr>
    </w:p>
    <w:p w14:paraId="7883C1E5" w14:textId="34854735" w:rsidR="000E7322" w:rsidRPr="002207B1" w:rsidRDefault="00200D8C" w:rsidP="00025D44">
      <w:pPr>
        <w:spacing w:after="0" w:line="240" w:lineRule="auto"/>
        <w:rPr>
          <w:rFonts w:ascii="Arial" w:hAnsi="Arial" w:cs="Arial"/>
        </w:rPr>
      </w:pPr>
      <w:r w:rsidRPr="002207B1">
        <w:rPr>
          <w:rFonts w:ascii="Arial" w:hAnsi="Arial" w:cs="Arial"/>
        </w:rPr>
        <w:t xml:space="preserve">5.1.7. to ask what reasonable adjustments could be made to working conditions or </w:t>
      </w:r>
    </w:p>
    <w:p w14:paraId="71B25A03" w14:textId="77777777" w:rsidR="000E7322" w:rsidRPr="002207B1" w:rsidRDefault="00200D8C" w:rsidP="00025D44">
      <w:pPr>
        <w:spacing w:after="0" w:line="240" w:lineRule="auto"/>
        <w:rPr>
          <w:rFonts w:ascii="Arial" w:hAnsi="Arial" w:cs="Arial"/>
        </w:rPr>
      </w:pPr>
      <w:r w:rsidRPr="002207B1">
        <w:rPr>
          <w:rFonts w:ascii="Arial" w:hAnsi="Arial" w:cs="Arial"/>
        </w:rPr>
        <w:t xml:space="preserve">premises to facilitate a return to work; </w:t>
      </w:r>
    </w:p>
    <w:p w14:paraId="568A1CAD" w14:textId="77777777" w:rsidR="00802499" w:rsidRDefault="00802499" w:rsidP="00025D44">
      <w:pPr>
        <w:spacing w:after="0" w:line="240" w:lineRule="auto"/>
        <w:rPr>
          <w:rFonts w:ascii="Arial" w:hAnsi="Arial" w:cs="Arial"/>
        </w:rPr>
      </w:pPr>
    </w:p>
    <w:p w14:paraId="62340D9D" w14:textId="20AAE118" w:rsidR="000E7322" w:rsidRPr="002207B1" w:rsidRDefault="00200D8C" w:rsidP="00025D44">
      <w:pPr>
        <w:spacing w:after="0" w:line="240" w:lineRule="auto"/>
        <w:rPr>
          <w:rFonts w:ascii="Arial" w:hAnsi="Arial" w:cs="Arial"/>
        </w:rPr>
      </w:pPr>
      <w:r w:rsidRPr="002207B1">
        <w:rPr>
          <w:rFonts w:ascii="Arial" w:hAnsi="Arial" w:cs="Arial"/>
        </w:rPr>
        <w:t xml:space="preserve">5.1.8. to understand the likely recurrence of the illness or injury once you have returned </w:t>
      </w:r>
    </w:p>
    <w:p w14:paraId="01FB28DD" w14:textId="77777777" w:rsidR="000E7322" w:rsidRPr="002207B1" w:rsidRDefault="00200D8C" w:rsidP="00025D44">
      <w:pPr>
        <w:spacing w:after="0" w:line="240" w:lineRule="auto"/>
        <w:rPr>
          <w:rFonts w:ascii="Arial" w:hAnsi="Arial" w:cs="Arial"/>
        </w:rPr>
      </w:pPr>
      <w:r w:rsidRPr="002207B1">
        <w:rPr>
          <w:rFonts w:ascii="Arial" w:hAnsi="Arial" w:cs="Arial"/>
        </w:rPr>
        <w:t>to work; and</w:t>
      </w:r>
    </w:p>
    <w:p w14:paraId="06D13AB5" w14:textId="77777777" w:rsidR="00802499" w:rsidRDefault="00802499" w:rsidP="00025D44">
      <w:pPr>
        <w:spacing w:after="0" w:line="240" w:lineRule="auto"/>
        <w:rPr>
          <w:rFonts w:ascii="Arial" w:hAnsi="Arial" w:cs="Arial"/>
        </w:rPr>
      </w:pPr>
    </w:p>
    <w:p w14:paraId="1B5B5E2F" w14:textId="0B7AF337" w:rsidR="000E7322" w:rsidRPr="002207B1" w:rsidRDefault="00200D8C" w:rsidP="00025D44">
      <w:pPr>
        <w:spacing w:after="0" w:line="240" w:lineRule="auto"/>
        <w:rPr>
          <w:rFonts w:ascii="Arial" w:hAnsi="Arial" w:cs="Arial"/>
        </w:rPr>
      </w:pPr>
      <w:r w:rsidRPr="002207B1">
        <w:rPr>
          <w:rFonts w:ascii="Arial" w:hAnsi="Arial" w:cs="Arial"/>
        </w:rPr>
        <w:t xml:space="preserve">5.1.9. to discuss any adjustments that could be made to accommodate your disability, if </w:t>
      </w:r>
    </w:p>
    <w:p w14:paraId="1B38F7E3" w14:textId="77777777" w:rsidR="000E7322" w:rsidRPr="002207B1" w:rsidRDefault="00200D8C" w:rsidP="00025D44">
      <w:pPr>
        <w:spacing w:after="0" w:line="240" w:lineRule="auto"/>
        <w:rPr>
          <w:rFonts w:ascii="Arial" w:hAnsi="Arial" w:cs="Arial"/>
        </w:rPr>
      </w:pPr>
      <w:r w:rsidRPr="002207B1">
        <w:rPr>
          <w:rFonts w:ascii="Arial" w:hAnsi="Arial" w:cs="Arial"/>
        </w:rPr>
        <w:t>you are disabled</w:t>
      </w:r>
    </w:p>
    <w:p w14:paraId="7B53AA74" w14:textId="77777777" w:rsidR="00802499" w:rsidRDefault="00802499" w:rsidP="00025D44">
      <w:pPr>
        <w:spacing w:after="0" w:line="240" w:lineRule="auto"/>
        <w:rPr>
          <w:rFonts w:ascii="Arial" w:hAnsi="Arial" w:cs="Arial"/>
        </w:rPr>
      </w:pPr>
    </w:p>
    <w:p w14:paraId="738A7C87" w14:textId="23C5EE4C" w:rsidR="000E7322" w:rsidRPr="002207B1" w:rsidRDefault="00200D8C" w:rsidP="00025D44">
      <w:pPr>
        <w:spacing w:after="0" w:line="240" w:lineRule="auto"/>
        <w:rPr>
          <w:rFonts w:ascii="Arial" w:hAnsi="Arial" w:cs="Arial"/>
        </w:rPr>
      </w:pPr>
      <w:r w:rsidRPr="002207B1">
        <w:rPr>
          <w:rFonts w:ascii="Arial" w:hAnsi="Arial" w:cs="Arial"/>
        </w:rPr>
        <w:t xml:space="preserve">5.2. The Council will pay the cost of the report and you will have the right to see it. The </w:t>
      </w:r>
    </w:p>
    <w:p w14:paraId="22D848AC" w14:textId="77777777" w:rsidR="000E7322" w:rsidRPr="002207B1" w:rsidRDefault="00200D8C" w:rsidP="00025D44">
      <w:pPr>
        <w:spacing w:after="0" w:line="240" w:lineRule="auto"/>
        <w:rPr>
          <w:rFonts w:ascii="Arial" w:hAnsi="Arial" w:cs="Arial"/>
        </w:rPr>
      </w:pPr>
      <w:r w:rsidRPr="002207B1">
        <w:rPr>
          <w:rFonts w:ascii="Arial" w:hAnsi="Arial" w:cs="Arial"/>
        </w:rPr>
        <w:lastRenderedPageBreak/>
        <w:t xml:space="preserve">Council will also be provided with a copy of the report and once we have seen it, we </w:t>
      </w:r>
    </w:p>
    <w:p w14:paraId="5E68AB40" w14:textId="77777777" w:rsidR="000E7322" w:rsidRPr="002207B1" w:rsidRDefault="00200D8C" w:rsidP="00025D44">
      <w:pPr>
        <w:spacing w:after="0" w:line="240" w:lineRule="auto"/>
        <w:rPr>
          <w:rFonts w:ascii="Arial" w:hAnsi="Arial" w:cs="Arial"/>
        </w:rPr>
      </w:pPr>
      <w:r w:rsidRPr="002207B1">
        <w:rPr>
          <w:rFonts w:ascii="Arial" w:hAnsi="Arial" w:cs="Arial"/>
        </w:rPr>
        <w:t>will want to meet you to discuss the findings and consider options available to you.</w:t>
      </w:r>
    </w:p>
    <w:p w14:paraId="66D3B66F" w14:textId="77777777" w:rsidR="00802499" w:rsidRDefault="00802499" w:rsidP="00025D44">
      <w:pPr>
        <w:spacing w:after="0" w:line="240" w:lineRule="auto"/>
        <w:rPr>
          <w:rFonts w:ascii="Arial" w:hAnsi="Arial" w:cs="Arial"/>
        </w:rPr>
      </w:pPr>
    </w:p>
    <w:p w14:paraId="707E9C00" w14:textId="53BF23F8" w:rsidR="000E7322" w:rsidRPr="002207B1" w:rsidRDefault="00200D8C" w:rsidP="00025D44">
      <w:pPr>
        <w:spacing w:after="0" w:line="240" w:lineRule="auto"/>
        <w:rPr>
          <w:rFonts w:ascii="Arial" w:hAnsi="Arial" w:cs="Arial"/>
        </w:rPr>
      </w:pPr>
      <w:r w:rsidRPr="002207B1">
        <w:rPr>
          <w:rFonts w:ascii="Arial" w:hAnsi="Arial" w:cs="Arial"/>
        </w:rPr>
        <w:t xml:space="preserve">5.3. If you choose not to consent to an Occupational Health referral, any decisions in </w:t>
      </w:r>
    </w:p>
    <w:p w14:paraId="44339F77" w14:textId="77777777" w:rsidR="000E7322" w:rsidRPr="002207B1" w:rsidRDefault="00200D8C" w:rsidP="00025D44">
      <w:pPr>
        <w:spacing w:after="0" w:line="240" w:lineRule="auto"/>
        <w:rPr>
          <w:rFonts w:ascii="Arial" w:hAnsi="Arial" w:cs="Arial"/>
        </w:rPr>
      </w:pPr>
      <w:r w:rsidRPr="002207B1">
        <w:rPr>
          <w:rFonts w:ascii="Arial" w:hAnsi="Arial" w:cs="Arial"/>
        </w:rPr>
        <w:t xml:space="preserve">relation to your employment may be made without the benefit of access to medical </w:t>
      </w:r>
    </w:p>
    <w:p w14:paraId="0B796EA0" w14:textId="77777777" w:rsidR="000E7322" w:rsidRPr="002207B1" w:rsidRDefault="00200D8C" w:rsidP="00025D44">
      <w:pPr>
        <w:spacing w:after="0" w:line="240" w:lineRule="auto"/>
        <w:rPr>
          <w:rFonts w:ascii="Arial" w:hAnsi="Arial" w:cs="Arial"/>
        </w:rPr>
      </w:pPr>
      <w:r w:rsidRPr="002207B1">
        <w:rPr>
          <w:rFonts w:ascii="Arial" w:hAnsi="Arial" w:cs="Arial"/>
        </w:rPr>
        <w:t xml:space="preserve">reports. </w:t>
      </w:r>
    </w:p>
    <w:p w14:paraId="0E05516F" w14:textId="77777777" w:rsidR="003C2484" w:rsidRDefault="003C2484" w:rsidP="00025D44">
      <w:pPr>
        <w:spacing w:after="0" w:line="240" w:lineRule="auto"/>
        <w:rPr>
          <w:rFonts w:ascii="Arial" w:hAnsi="Arial" w:cs="Arial"/>
          <w:b/>
          <w:bCs/>
        </w:rPr>
      </w:pPr>
    </w:p>
    <w:p w14:paraId="4C95B429" w14:textId="4902DDD7" w:rsidR="000E7322" w:rsidRPr="002207B1" w:rsidRDefault="00200D8C" w:rsidP="00025D44">
      <w:pPr>
        <w:spacing w:after="0" w:line="240" w:lineRule="auto"/>
        <w:rPr>
          <w:rFonts w:ascii="Arial" w:hAnsi="Arial" w:cs="Arial"/>
          <w:b/>
          <w:bCs/>
        </w:rPr>
      </w:pPr>
      <w:r w:rsidRPr="002207B1">
        <w:rPr>
          <w:rFonts w:ascii="Arial" w:hAnsi="Arial" w:cs="Arial"/>
          <w:b/>
          <w:bCs/>
        </w:rPr>
        <w:t>6. Persistent short-term absence</w:t>
      </w:r>
    </w:p>
    <w:p w14:paraId="2DE4F416" w14:textId="77777777" w:rsidR="00802499" w:rsidRDefault="00802499" w:rsidP="00025D44">
      <w:pPr>
        <w:spacing w:after="0" w:line="240" w:lineRule="auto"/>
        <w:rPr>
          <w:rFonts w:ascii="Arial" w:hAnsi="Arial" w:cs="Arial"/>
        </w:rPr>
      </w:pPr>
    </w:p>
    <w:p w14:paraId="35CA1CA0" w14:textId="630ABC41" w:rsidR="000E7322" w:rsidRPr="002207B1" w:rsidRDefault="00200D8C" w:rsidP="00025D44">
      <w:pPr>
        <w:spacing w:after="0" w:line="240" w:lineRule="auto"/>
        <w:rPr>
          <w:rFonts w:ascii="Arial" w:hAnsi="Arial" w:cs="Arial"/>
        </w:rPr>
      </w:pPr>
      <w:r w:rsidRPr="002207B1">
        <w:rPr>
          <w:rFonts w:ascii="Arial" w:hAnsi="Arial" w:cs="Arial"/>
        </w:rPr>
        <w:t xml:space="preserve">6.1. Persistent short-term absence is where an employee is frequently absent from work for relatively short periods due to sickness. We understand most employees will have </w:t>
      </w:r>
    </w:p>
    <w:p w14:paraId="25B8FA6C" w14:textId="77777777" w:rsidR="000E7322" w:rsidRPr="002207B1" w:rsidRDefault="00200D8C" w:rsidP="00025D44">
      <w:pPr>
        <w:spacing w:after="0" w:line="240" w:lineRule="auto"/>
        <w:rPr>
          <w:rFonts w:ascii="Arial" w:hAnsi="Arial" w:cs="Arial"/>
        </w:rPr>
      </w:pPr>
      <w:r w:rsidRPr="002207B1">
        <w:rPr>
          <w:rFonts w:ascii="Arial" w:hAnsi="Arial" w:cs="Arial"/>
        </w:rPr>
        <w:t xml:space="preserve">some short-term sickness absence from time to time. However, if you are frequently </w:t>
      </w:r>
    </w:p>
    <w:p w14:paraId="446BC1F9" w14:textId="77777777" w:rsidR="000E7322" w:rsidRPr="002207B1" w:rsidRDefault="00200D8C" w:rsidP="00025D44">
      <w:pPr>
        <w:spacing w:after="0" w:line="240" w:lineRule="auto"/>
        <w:rPr>
          <w:rFonts w:ascii="Arial" w:hAnsi="Arial" w:cs="Arial"/>
        </w:rPr>
      </w:pPr>
      <w:r w:rsidRPr="002207B1">
        <w:rPr>
          <w:rFonts w:ascii="Arial" w:hAnsi="Arial" w:cs="Arial"/>
        </w:rPr>
        <w:t xml:space="preserve">and persistently absent from work, this can damage efficiency and productivity, and </w:t>
      </w:r>
    </w:p>
    <w:p w14:paraId="74FD44E5" w14:textId="77777777" w:rsidR="000E7322" w:rsidRPr="002207B1" w:rsidRDefault="00200D8C" w:rsidP="00025D44">
      <w:pPr>
        <w:spacing w:after="0" w:line="240" w:lineRule="auto"/>
        <w:rPr>
          <w:rFonts w:ascii="Arial" w:hAnsi="Arial" w:cs="Arial"/>
        </w:rPr>
      </w:pPr>
      <w:r w:rsidRPr="002207B1">
        <w:rPr>
          <w:rFonts w:ascii="Arial" w:hAnsi="Arial" w:cs="Arial"/>
        </w:rPr>
        <w:t xml:space="preserve">place an additional burden of work on your colleagues and </w:t>
      </w:r>
      <w:proofErr w:type="spellStart"/>
      <w:r w:rsidRPr="002207B1">
        <w:rPr>
          <w:rFonts w:ascii="Arial" w:hAnsi="Arial" w:cs="Arial"/>
        </w:rPr>
        <w:t>councillors</w:t>
      </w:r>
      <w:proofErr w:type="spellEnd"/>
      <w:r w:rsidRPr="002207B1">
        <w:rPr>
          <w:rFonts w:ascii="Arial" w:hAnsi="Arial" w:cs="Arial"/>
        </w:rPr>
        <w:t>.</w:t>
      </w:r>
    </w:p>
    <w:p w14:paraId="73139AAD" w14:textId="77777777" w:rsidR="00802499" w:rsidRDefault="00802499" w:rsidP="00025D44">
      <w:pPr>
        <w:spacing w:after="0" w:line="240" w:lineRule="auto"/>
        <w:rPr>
          <w:rFonts w:ascii="Arial" w:hAnsi="Arial" w:cs="Arial"/>
        </w:rPr>
      </w:pPr>
    </w:p>
    <w:p w14:paraId="27A26877" w14:textId="50F09C5D" w:rsidR="000E7322" w:rsidRPr="002207B1" w:rsidRDefault="00200D8C" w:rsidP="00025D44">
      <w:pPr>
        <w:spacing w:after="0" w:line="240" w:lineRule="auto"/>
        <w:rPr>
          <w:rFonts w:ascii="Arial" w:hAnsi="Arial" w:cs="Arial"/>
        </w:rPr>
      </w:pPr>
      <w:r w:rsidRPr="002207B1">
        <w:rPr>
          <w:rFonts w:ascii="Arial" w:hAnsi="Arial" w:cs="Arial"/>
        </w:rPr>
        <w:t xml:space="preserve">6.2. Therefore, it is essential that frequent absence is dealt with promptly and consistently and in some circumstances, the Council may begin a capability or disciplinary procedure as part of the absence management process. If we do so, we will meet with you to set attendance targets. Following a review meeting we may issue a formal warning if those targets are not met. You will be given written notice in advance of any formal </w:t>
      </w:r>
      <w:r w:rsidR="00025D44" w:rsidRPr="002207B1">
        <w:rPr>
          <w:rFonts w:ascii="Arial" w:hAnsi="Arial" w:cs="Arial"/>
        </w:rPr>
        <w:t>meeting,</w:t>
      </w:r>
      <w:r w:rsidRPr="002207B1">
        <w:rPr>
          <w:rFonts w:ascii="Arial" w:hAnsi="Arial" w:cs="Arial"/>
        </w:rPr>
        <w:t xml:space="preserve"> and you can be accompanied by a work colleague or trade union </w:t>
      </w:r>
    </w:p>
    <w:p w14:paraId="1C8E62EB" w14:textId="77777777" w:rsidR="000E7322" w:rsidRPr="002207B1" w:rsidRDefault="00200D8C" w:rsidP="00025D44">
      <w:pPr>
        <w:spacing w:after="0" w:line="240" w:lineRule="auto"/>
        <w:rPr>
          <w:rFonts w:ascii="Arial" w:hAnsi="Arial" w:cs="Arial"/>
        </w:rPr>
      </w:pPr>
      <w:r w:rsidRPr="002207B1">
        <w:rPr>
          <w:rFonts w:ascii="Arial" w:hAnsi="Arial" w:cs="Arial"/>
        </w:rPr>
        <w:t xml:space="preserve">representative. You may appeal against a formal warning. If your absence remains </w:t>
      </w:r>
    </w:p>
    <w:p w14:paraId="1D758201" w14:textId="77777777" w:rsidR="000E7322" w:rsidRPr="002207B1" w:rsidRDefault="00200D8C" w:rsidP="00025D44">
      <w:pPr>
        <w:spacing w:after="0" w:line="240" w:lineRule="auto"/>
        <w:rPr>
          <w:rFonts w:ascii="Arial" w:hAnsi="Arial" w:cs="Arial"/>
        </w:rPr>
      </w:pPr>
      <w:r w:rsidRPr="002207B1">
        <w:rPr>
          <w:rFonts w:ascii="Arial" w:hAnsi="Arial" w:cs="Arial"/>
        </w:rPr>
        <w:t xml:space="preserve">unacceptable after a second formal warning, the council may bring your employment </w:t>
      </w:r>
    </w:p>
    <w:p w14:paraId="40090F6B" w14:textId="77777777" w:rsidR="000E7322" w:rsidRPr="002207B1" w:rsidRDefault="00200D8C" w:rsidP="00025D44">
      <w:pPr>
        <w:spacing w:after="0" w:line="240" w:lineRule="auto"/>
        <w:rPr>
          <w:rFonts w:ascii="Arial" w:hAnsi="Arial" w:cs="Arial"/>
        </w:rPr>
      </w:pPr>
      <w:r w:rsidRPr="002207B1">
        <w:rPr>
          <w:rFonts w:ascii="Arial" w:hAnsi="Arial" w:cs="Arial"/>
        </w:rPr>
        <w:t xml:space="preserve">to an end following consultation with you. </w:t>
      </w:r>
    </w:p>
    <w:p w14:paraId="16075F75" w14:textId="7002DE38" w:rsidR="000E7322" w:rsidRPr="002207B1" w:rsidRDefault="00200D8C" w:rsidP="00025D44">
      <w:pPr>
        <w:spacing w:after="0" w:line="240" w:lineRule="auto"/>
        <w:rPr>
          <w:rFonts w:ascii="Arial" w:hAnsi="Arial" w:cs="Arial"/>
        </w:rPr>
      </w:pPr>
      <w:r w:rsidRPr="002207B1">
        <w:rPr>
          <w:rFonts w:ascii="Arial" w:hAnsi="Arial" w:cs="Arial"/>
        </w:rPr>
        <w:t>6.3. If frequent absence is due to an underlying long-term health condition then we will also request, with consent, a medical report either from an Occupational Health Physician or your G.P. or consultant to establish further information about your health and how the council can support your attendance.</w:t>
      </w:r>
    </w:p>
    <w:p w14:paraId="11BF5F22" w14:textId="02B52253" w:rsidR="000E7322" w:rsidRPr="002207B1" w:rsidRDefault="00200D8C" w:rsidP="00025D44">
      <w:pPr>
        <w:spacing w:after="0" w:line="240" w:lineRule="auto"/>
        <w:rPr>
          <w:rFonts w:ascii="Arial" w:hAnsi="Arial" w:cs="Arial"/>
        </w:rPr>
      </w:pPr>
      <w:r w:rsidRPr="002207B1">
        <w:rPr>
          <w:rFonts w:ascii="Arial" w:hAnsi="Arial" w:cs="Arial"/>
        </w:rPr>
        <w:t xml:space="preserve">6.4. When considering the reasons for absence, and deciding on whether a formal meeting is appropriate, the council will not consider any </w:t>
      </w:r>
      <w:r w:rsidR="00025D44" w:rsidRPr="002207B1">
        <w:rPr>
          <w:rFonts w:ascii="Arial" w:hAnsi="Arial" w:cs="Arial"/>
        </w:rPr>
        <w:t>pregnancy-related</w:t>
      </w:r>
      <w:r w:rsidRPr="002207B1">
        <w:rPr>
          <w:rFonts w:ascii="Arial" w:hAnsi="Arial" w:cs="Arial"/>
        </w:rPr>
        <w:t xml:space="preserve"> absence. The </w:t>
      </w:r>
    </w:p>
    <w:p w14:paraId="75B14C94" w14:textId="77777777" w:rsidR="000E7322" w:rsidRPr="002207B1" w:rsidRDefault="00200D8C" w:rsidP="00025D44">
      <w:pPr>
        <w:spacing w:after="0" w:line="240" w:lineRule="auto"/>
        <w:rPr>
          <w:rFonts w:ascii="Arial" w:hAnsi="Arial" w:cs="Arial"/>
        </w:rPr>
      </w:pPr>
      <w:r w:rsidRPr="002207B1">
        <w:rPr>
          <w:rFonts w:ascii="Arial" w:hAnsi="Arial" w:cs="Arial"/>
        </w:rPr>
        <w:t xml:space="preserve">council will also make adjustments where absences are related to a disability by </w:t>
      </w:r>
    </w:p>
    <w:p w14:paraId="2DD3B092" w14:textId="77777777" w:rsidR="000E7322" w:rsidRPr="002207B1" w:rsidRDefault="00200D8C" w:rsidP="00025D44">
      <w:pPr>
        <w:spacing w:after="0" w:line="240" w:lineRule="auto"/>
        <w:rPr>
          <w:rFonts w:ascii="Arial" w:hAnsi="Arial" w:cs="Arial"/>
        </w:rPr>
      </w:pPr>
      <w:r w:rsidRPr="002207B1">
        <w:rPr>
          <w:rFonts w:ascii="Arial" w:hAnsi="Arial" w:cs="Arial"/>
        </w:rPr>
        <w:t xml:space="preserve">allowing a higher level of absence before considering whether disciplinary action is </w:t>
      </w:r>
    </w:p>
    <w:p w14:paraId="2D298C9C" w14:textId="77777777" w:rsidR="000E7322" w:rsidRPr="002207B1" w:rsidRDefault="00200D8C" w:rsidP="00025D44">
      <w:pPr>
        <w:spacing w:after="0" w:line="240" w:lineRule="auto"/>
        <w:rPr>
          <w:rFonts w:ascii="Arial" w:hAnsi="Arial" w:cs="Arial"/>
        </w:rPr>
      </w:pPr>
      <w:r w:rsidRPr="002207B1">
        <w:rPr>
          <w:rFonts w:ascii="Arial" w:hAnsi="Arial" w:cs="Arial"/>
        </w:rPr>
        <w:t>appropriate.</w:t>
      </w:r>
    </w:p>
    <w:p w14:paraId="6870E826" w14:textId="77777777" w:rsidR="00025D44" w:rsidRDefault="00025D44" w:rsidP="00025D44">
      <w:pPr>
        <w:spacing w:after="0" w:line="240" w:lineRule="auto"/>
        <w:rPr>
          <w:rFonts w:ascii="Arial" w:hAnsi="Arial" w:cs="Arial"/>
        </w:rPr>
      </w:pPr>
    </w:p>
    <w:p w14:paraId="2E03FFA9" w14:textId="79F288A4" w:rsidR="000E7322" w:rsidRPr="002207B1" w:rsidRDefault="00200D8C" w:rsidP="00025D44">
      <w:pPr>
        <w:spacing w:after="0" w:line="240" w:lineRule="auto"/>
        <w:rPr>
          <w:rFonts w:ascii="Arial" w:hAnsi="Arial" w:cs="Arial"/>
        </w:rPr>
      </w:pPr>
      <w:r w:rsidRPr="002207B1">
        <w:rPr>
          <w:rFonts w:ascii="Arial" w:hAnsi="Arial" w:cs="Arial"/>
        </w:rPr>
        <w:t xml:space="preserve">6.5. The council will consider any alternative employment options before making any </w:t>
      </w:r>
    </w:p>
    <w:p w14:paraId="6A73B8B4" w14:textId="77777777" w:rsidR="000E7322" w:rsidRPr="002207B1" w:rsidRDefault="00200D8C" w:rsidP="00025D44">
      <w:pPr>
        <w:spacing w:after="0" w:line="240" w:lineRule="auto"/>
        <w:rPr>
          <w:rFonts w:ascii="Arial" w:hAnsi="Arial" w:cs="Arial"/>
        </w:rPr>
      </w:pPr>
      <w:r w:rsidRPr="002207B1">
        <w:rPr>
          <w:rFonts w:ascii="Arial" w:hAnsi="Arial" w:cs="Arial"/>
        </w:rPr>
        <w:t xml:space="preserve">decision about ending employment. You will have the right to be accompanied by a </w:t>
      </w:r>
    </w:p>
    <w:p w14:paraId="7481C813" w14:textId="77777777" w:rsidR="000E7322" w:rsidRPr="002207B1" w:rsidRDefault="00200D8C" w:rsidP="00025D44">
      <w:pPr>
        <w:spacing w:after="0" w:line="240" w:lineRule="auto"/>
        <w:rPr>
          <w:rFonts w:ascii="Arial" w:hAnsi="Arial" w:cs="Arial"/>
        </w:rPr>
      </w:pPr>
      <w:r w:rsidRPr="002207B1">
        <w:rPr>
          <w:rFonts w:ascii="Arial" w:hAnsi="Arial" w:cs="Arial"/>
        </w:rPr>
        <w:t xml:space="preserve">work colleague or trade union representative at formal meetings and a right of appeal </w:t>
      </w:r>
    </w:p>
    <w:p w14:paraId="31E57651" w14:textId="77777777" w:rsidR="000E7322" w:rsidRPr="002207B1" w:rsidRDefault="00200D8C" w:rsidP="00025D44">
      <w:pPr>
        <w:spacing w:after="0" w:line="240" w:lineRule="auto"/>
        <w:rPr>
          <w:rFonts w:ascii="Arial" w:hAnsi="Arial" w:cs="Arial"/>
        </w:rPr>
      </w:pPr>
      <w:r w:rsidRPr="002207B1">
        <w:rPr>
          <w:rFonts w:ascii="Arial" w:hAnsi="Arial" w:cs="Arial"/>
        </w:rPr>
        <w:t xml:space="preserve">against a formal warning or dismissal sanction. The monitoring of absence operates on </w:t>
      </w:r>
    </w:p>
    <w:p w14:paraId="4AF8CD2E" w14:textId="77777777" w:rsidR="000E7322" w:rsidRPr="002207B1" w:rsidRDefault="00200D8C" w:rsidP="00025D44">
      <w:pPr>
        <w:spacing w:after="0" w:line="240" w:lineRule="auto"/>
        <w:rPr>
          <w:rFonts w:ascii="Arial" w:hAnsi="Arial" w:cs="Arial"/>
        </w:rPr>
      </w:pPr>
      <w:r w:rsidRPr="002207B1">
        <w:rPr>
          <w:rFonts w:ascii="Arial" w:hAnsi="Arial" w:cs="Arial"/>
        </w:rPr>
        <w:t>a rolling 52-week period.</w:t>
      </w:r>
    </w:p>
    <w:p w14:paraId="2A06FDDA" w14:textId="77777777" w:rsidR="00025D44" w:rsidRDefault="00025D44" w:rsidP="00025D44">
      <w:pPr>
        <w:spacing w:after="0" w:line="240" w:lineRule="auto"/>
        <w:rPr>
          <w:rFonts w:ascii="Arial" w:hAnsi="Arial" w:cs="Arial"/>
        </w:rPr>
      </w:pPr>
    </w:p>
    <w:p w14:paraId="3557BDCF" w14:textId="4E86F237" w:rsidR="000E7322" w:rsidRPr="002207B1" w:rsidRDefault="00200D8C" w:rsidP="00025D44">
      <w:pPr>
        <w:spacing w:after="0" w:line="240" w:lineRule="auto"/>
        <w:rPr>
          <w:rFonts w:ascii="Arial" w:hAnsi="Arial" w:cs="Arial"/>
        </w:rPr>
      </w:pPr>
      <w:r w:rsidRPr="002207B1">
        <w:rPr>
          <w:rFonts w:ascii="Arial" w:hAnsi="Arial" w:cs="Arial"/>
        </w:rPr>
        <w:t>6.6. Where it appears that there is no acceptable reason for an absence or if you have not followed the correct absence notification procedure, the matter should be treated as a conduct issue and dealt with under the disciplinary procedure.</w:t>
      </w:r>
    </w:p>
    <w:p w14:paraId="2BCD16C5" w14:textId="77777777" w:rsidR="003C2484" w:rsidRDefault="003C2484" w:rsidP="00025D44">
      <w:pPr>
        <w:spacing w:after="0" w:line="240" w:lineRule="auto"/>
        <w:rPr>
          <w:rFonts w:ascii="Arial" w:hAnsi="Arial" w:cs="Arial"/>
          <w:b/>
          <w:bCs/>
        </w:rPr>
      </w:pPr>
    </w:p>
    <w:p w14:paraId="021983D9" w14:textId="7D11B802" w:rsidR="000E7322" w:rsidRPr="002207B1" w:rsidRDefault="00200D8C" w:rsidP="00025D44">
      <w:pPr>
        <w:spacing w:after="0" w:line="240" w:lineRule="auto"/>
        <w:rPr>
          <w:rFonts w:ascii="Arial" w:hAnsi="Arial" w:cs="Arial"/>
          <w:b/>
          <w:bCs/>
        </w:rPr>
      </w:pPr>
      <w:r w:rsidRPr="002207B1">
        <w:rPr>
          <w:rFonts w:ascii="Arial" w:hAnsi="Arial" w:cs="Arial"/>
          <w:b/>
          <w:bCs/>
        </w:rPr>
        <w:t xml:space="preserve">7. Long-term absence </w:t>
      </w:r>
    </w:p>
    <w:p w14:paraId="22C7188E" w14:textId="77777777" w:rsidR="00025D44" w:rsidRDefault="00025D44" w:rsidP="00025D44">
      <w:pPr>
        <w:spacing w:after="0" w:line="240" w:lineRule="auto"/>
        <w:rPr>
          <w:rFonts w:ascii="Arial" w:hAnsi="Arial" w:cs="Arial"/>
        </w:rPr>
      </w:pPr>
    </w:p>
    <w:p w14:paraId="675E94D9" w14:textId="7CBF0260" w:rsidR="000E7322" w:rsidRPr="002207B1" w:rsidRDefault="00200D8C" w:rsidP="00025D44">
      <w:pPr>
        <w:spacing w:after="0" w:line="240" w:lineRule="auto"/>
        <w:rPr>
          <w:rFonts w:ascii="Arial" w:hAnsi="Arial" w:cs="Arial"/>
        </w:rPr>
      </w:pPr>
      <w:r w:rsidRPr="002207B1">
        <w:rPr>
          <w:rFonts w:ascii="Arial" w:hAnsi="Arial" w:cs="Arial"/>
        </w:rPr>
        <w:t xml:space="preserve">7.1. As a guide, long term absence is any absence which lasts or is expected to last over 4 weeks. In all cases of long-term absence, it is essential for the Council to maintain </w:t>
      </w:r>
    </w:p>
    <w:p w14:paraId="32813F72" w14:textId="77777777" w:rsidR="000E7322" w:rsidRPr="002207B1" w:rsidRDefault="00200D8C" w:rsidP="00025D44">
      <w:pPr>
        <w:spacing w:after="0" w:line="240" w:lineRule="auto"/>
        <w:rPr>
          <w:rFonts w:ascii="Arial" w:hAnsi="Arial" w:cs="Arial"/>
        </w:rPr>
      </w:pPr>
      <w:r w:rsidRPr="002207B1">
        <w:rPr>
          <w:rFonts w:ascii="Arial" w:hAnsi="Arial" w:cs="Arial"/>
        </w:rPr>
        <w:t xml:space="preserve">contact with you. In cases where the return date is less certain this will take the form of </w:t>
      </w:r>
    </w:p>
    <w:p w14:paraId="236BC07F" w14:textId="77777777" w:rsidR="000E7322" w:rsidRPr="002207B1" w:rsidRDefault="00200D8C" w:rsidP="00025D44">
      <w:pPr>
        <w:spacing w:after="0" w:line="240" w:lineRule="auto"/>
        <w:rPr>
          <w:rFonts w:ascii="Arial" w:hAnsi="Arial" w:cs="Arial"/>
        </w:rPr>
      </w:pPr>
      <w:r w:rsidRPr="002207B1">
        <w:rPr>
          <w:rFonts w:ascii="Arial" w:hAnsi="Arial" w:cs="Arial"/>
        </w:rPr>
        <w:t>consultation and will include:</w:t>
      </w:r>
    </w:p>
    <w:p w14:paraId="76D454B4" w14:textId="77777777" w:rsidR="00025D44" w:rsidRDefault="00025D44" w:rsidP="00025D44">
      <w:pPr>
        <w:spacing w:after="0" w:line="240" w:lineRule="auto"/>
        <w:rPr>
          <w:rFonts w:ascii="Arial" w:hAnsi="Arial" w:cs="Arial"/>
        </w:rPr>
      </w:pPr>
    </w:p>
    <w:p w14:paraId="77C497EF" w14:textId="46CB0D91" w:rsidR="000E7322" w:rsidRPr="002207B1" w:rsidRDefault="00200D8C" w:rsidP="00025D44">
      <w:pPr>
        <w:spacing w:after="0" w:line="240" w:lineRule="auto"/>
        <w:rPr>
          <w:rFonts w:ascii="Arial" w:hAnsi="Arial" w:cs="Arial"/>
        </w:rPr>
      </w:pPr>
      <w:r w:rsidRPr="002207B1">
        <w:rPr>
          <w:rFonts w:ascii="Arial" w:hAnsi="Arial" w:cs="Arial"/>
        </w:rPr>
        <w:lastRenderedPageBreak/>
        <w:t>7.1.1. Discussions at the start of the absence and periodically throughout</w:t>
      </w:r>
    </w:p>
    <w:p w14:paraId="23A3932C" w14:textId="77777777" w:rsidR="00025D44" w:rsidRDefault="00025D44" w:rsidP="00025D44">
      <w:pPr>
        <w:spacing w:after="0" w:line="240" w:lineRule="auto"/>
        <w:rPr>
          <w:rFonts w:ascii="Arial" w:hAnsi="Arial" w:cs="Arial"/>
        </w:rPr>
      </w:pPr>
    </w:p>
    <w:p w14:paraId="4C0596D2" w14:textId="4AC28636" w:rsidR="000E7322" w:rsidRPr="002207B1" w:rsidRDefault="00200D8C" w:rsidP="00025D44">
      <w:pPr>
        <w:spacing w:after="0" w:line="240" w:lineRule="auto"/>
        <w:rPr>
          <w:rFonts w:ascii="Arial" w:hAnsi="Arial" w:cs="Arial"/>
        </w:rPr>
      </w:pPr>
      <w:r w:rsidRPr="002207B1">
        <w:rPr>
          <w:rFonts w:ascii="Arial" w:hAnsi="Arial" w:cs="Arial"/>
        </w:rPr>
        <w:t xml:space="preserve">7.1.2.Obtaining better information on your health and likely prognosis, ideally through an </w:t>
      </w:r>
    </w:p>
    <w:p w14:paraId="0D77DED1" w14:textId="77777777" w:rsidR="000E7322" w:rsidRPr="002207B1" w:rsidRDefault="00200D8C" w:rsidP="00025D44">
      <w:pPr>
        <w:spacing w:after="0" w:line="240" w:lineRule="auto"/>
        <w:rPr>
          <w:rFonts w:ascii="Arial" w:hAnsi="Arial" w:cs="Arial"/>
        </w:rPr>
      </w:pPr>
      <w:r w:rsidRPr="002207B1">
        <w:rPr>
          <w:rFonts w:ascii="Arial" w:hAnsi="Arial" w:cs="Arial"/>
        </w:rPr>
        <w:t>Occupational Health Physician</w:t>
      </w:r>
    </w:p>
    <w:p w14:paraId="3A354AAB" w14:textId="77777777" w:rsidR="00025D44" w:rsidRDefault="00025D44" w:rsidP="00025D44">
      <w:pPr>
        <w:spacing w:after="0" w:line="240" w:lineRule="auto"/>
        <w:rPr>
          <w:rFonts w:ascii="Arial" w:hAnsi="Arial" w:cs="Arial"/>
        </w:rPr>
      </w:pPr>
    </w:p>
    <w:p w14:paraId="4AABBA50" w14:textId="5551B262" w:rsidR="000E7322" w:rsidRPr="002207B1" w:rsidRDefault="00200D8C" w:rsidP="00025D44">
      <w:pPr>
        <w:spacing w:after="0" w:line="240" w:lineRule="auto"/>
        <w:rPr>
          <w:rFonts w:ascii="Arial" w:hAnsi="Arial" w:cs="Arial"/>
        </w:rPr>
      </w:pPr>
      <w:r w:rsidRPr="002207B1">
        <w:rPr>
          <w:rFonts w:ascii="Arial" w:hAnsi="Arial" w:cs="Arial"/>
        </w:rPr>
        <w:t xml:space="preserve">7.1.3.Where appropriate alerting you to the fact that your absence is becoming a </w:t>
      </w:r>
    </w:p>
    <w:p w14:paraId="3917665B" w14:textId="77777777" w:rsidR="000E7322" w:rsidRPr="002207B1" w:rsidRDefault="00200D8C" w:rsidP="00025D44">
      <w:pPr>
        <w:spacing w:after="0" w:line="240" w:lineRule="auto"/>
        <w:rPr>
          <w:rFonts w:ascii="Arial" w:hAnsi="Arial" w:cs="Arial"/>
        </w:rPr>
      </w:pPr>
      <w:r w:rsidRPr="002207B1">
        <w:rPr>
          <w:rFonts w:ascii="Arial" w:hAnsi="Arial" w:cs="Arial"/>
        </w:rPr>
        <w:t>problem, and</w:t>
      </w:r>
    </w:p>
    <w:p w14:paraId="702797B3" w14:textId="77777777" w:rsidR="00025D44" w:rsidRDefault="00025D44" w:rsidP="00025D44">
      <w:pPr>
        <w:spacing w:after="0" w:line="240" w:lineRule="auto"/>
        <w:rPr>
          <w:rFonts w:ascii="Arial" w:hAnsi="Arial" w:cs="Arial"/>
        </w:rPr>
      </w:pPr>
    </w:p>
    <w:p w14:paraId="51BE7BFC" w14:textId="297E5FA2" w:rsidR="000E7322" w:rsidRPr="002207B1" w:rsidRDefault="00200D8C" w:rsidP="00025D44">
      <w:pPr>
        <w:spacing w:after="0" w:line="240" w:lineRule="auto"/>
        <w:rPr>
          <w:rFonts w:ascii="Arial" w:hAnsi="Arial" w:cs="Arial"/>
        </w:rPr>
      </w:pPr>
      <w:r w:rsidRPr="002207B1">
        <w:rPr>
          <w:rFonts w:ascii="Arial" w:hAnsi="Arial" w:cs="Arial"/>
        </w:rPr>
        <w:t xml:space="preserve">7.1.4.Allowing you the opportunity to state your opinion of your condition and giving </w:t>
      </w:r>
    </w:p>
    <w:p w14:paraId="13A764F7" w14:textId="77777777" w:rsidR="000E7322" w:rsidRPr="002207B1" w:rsidRDefault="00200D8C" w:rsidP="00025D44">
      <w:pPr>
        <w:spacing w:after="0" w:line="240" w:lineRule="auto"/>
        <w:rPr>
          <w:rFonts w:ascii="Arial" w:hAnsi="Arial" w:cs="Arial"/>
        </w:rPr>
      </w:pPr>
      <w:r w:rsidRPr="002207B1">
        <w:rPr>
          <w:rFonts w:ascii="Arial" w:hAnsi="Arial" w:cs="Arial"/>
        </w:rPr>
        <w:t>consideration to that opinion</w:t>
      </w:r>
    </w:p>
    <w:p w14:paraId="52DA917D" w14:textId="77777777" w:rsidR="00025D44" w:rsidRDefault="00025D44" w:rsidP="00025D44">
      <w:pPr>
        <w:spacing w:after="0" w:line="240" w:lineRule="auto"/>
        <w:rPr>
          <w:rFonts w:ascii="Arial" w:hAnsi="Arial" w:cs="Arial"/>
        </w:rPr>
      </w:pPr>
    </w:p>
    <w:p w14:paraId="7EA949BD" w14:textId="39F3A3AA" w:rsidR="000E7322" w:rsidRPr="002207B1" w:rsidRDefault="00200D8C" w:rsidP="00025D44">
      <w:pPr>
        <w:spacing w:after="0" w:line="240" w:lineRule="auto"/>
        <w:rPr>
          <w:rFonts w:ascii="Arial" w:hAnsi="Arial" w:cs="Arial"/>
        </w:rPr>
      </w:pPr>
      <w:r w:rsidRPr="002207B1">
        <w:rPr>
          <w:rFonts w:ascii="Arial" w:hAnsi="Arial" w:cs="Arial"/>
        </w:rPr>
        <w:t xml:space="preserve">7.2. Where ill-health means that you are unlikely to return to work for a long period of time, the council may need to consider bringing your employment to an end. In these </w:t>
      </w:r>
    </w:p>
    <w:p w14:paraId="3F7ED40B" w14:textId="77777777" w:rsidR="000E7322" w:rsidRPr="002207B1" w:rsidRDefault="00200D8C" w:rsidP="00025D44">
      <w:pPr>
        <w:spacing w:after="0" w:line="240" w:lineRule="auto"/>
        <w:rPr>
          <w:rFonts w:ascii="Arial" w:hAnsi="Arial" w:cs="Arial"/>
        </w:rPr>
      </w:pPr>
      <w:r w:rsidRPr="002207B1">
        <w:rPr>
          <w:rFonts w:ascii="Arial" w:hAnsi="Arial" w:cs="Arial"/>
        </w:rPr>
        <w:t>circumstances, the council will:</w:t>
      </w:r>
    </w:p>
    <w:p w14:paraId="423361F2" w14:textId="77777777" w:rsidR="00025D44" w:rsidRDefault="00025D44" w:rsidP="00025D44">
      <w:pPr>
        <w:spacing w:after="0" w:line="240" w:lineRule="auto"/>
        <w:rPr>
          <w:rFonts w:ascii="Arial" w:hAnsi="Arial" w:cs="Arial"/>
        </w:rPr>
      </w:pPr>
    </w:p>
    <w:p w14:paraId="7F99718D" w14:textId="260C555C" w:rsidR="000E7322" w:rsidRPr="002207B1" w:rsidRDefault="00200D8C" w:rsidP="00025D44">
      <w:pPr>
        <w:spacing w:after="0" w:line="240" w:lineRule="auto"/>
        <w:rPr>
          <w:rFonts w:ascii="Arial" w:hAnsi="Arial" w:cs="Arial"/>
        </w:rPr>
      </w:pPr>
      <w:r w:rsidRPr="002207B1">
        <w:rPr>
          <w:rFonts w:ascii="Arial" w:hAnsi="Arial" w:cs="Arial"/>
        </w:rPr>
        <w:t xml:space="preserve">7.2.1. Review your absence record to assess whether or not it is sufficient to justify </w:t>
      </w:r>
    </w:p>
    <w:p w14:paraId="3CA619F8" w14:textId="77777777" w:rsidR="000E7322" w:rsidRPr="002207B1" w:rsidRDefault="00200D8C" w:rsidP="00025D44">
      <w:pPr>
        <w:spacing w:after="0" w:line="240" w:lineRule="auto"/>
        <w:rPr>
          <w:rFonts w:ascii="Arial" w:hAnsi="Arial" w:cs="Arial"/>
        </w:rPr>
      </w:pPr>
      <w:r w:rsidRPr="002207B1">
        <w:rPr>
          <w:rFonts w:ascii="Arial" w:hAnsi="Arial" w:cs="Arial"/>
        </w:rPr>
        <w:t>dismissal</w:t>
      </w:r>
    </w:p>
    <w:p w14:paraId="0BF06A8F" w14:textId="77777777" w:rsidR="00025D44" w:rsidRDefault="00025D44" w:rsidP="00025D44">
      <w:pPr>
        <w:spacing w:after="0" w:line="240" w:lineRule="auto"/>
        <w:rPr>
          <w:rFonts w:ascii="Arial" w:hAnsi="Arial" w:cs="Arial"/>
        </w:rPr>
      </w:pPr>
    </w:p>
    <w:p w14:paraId="4B3F20BA" w14:textId="48414B3E" w:rsidR="000E7322" w:rsidRPr="002207B1" w:rsidRDefault="00200D8C" w:rsidP="00025D44">
      <w:pPr>
        <w:spacing w:after="0" w:line="240" w:lineRule="auto"/>
        <w:rPr>
          <w:rFonts w:ascii="Arial" w:hAnsi="Arial" w:cs="Arial"/>
        </w:rPr>
      </w:pPr>
      <w:r w:rsidRPr="002207B1">
        <w:rPr>
          <w:rFonts w:ascii="Arial" w:hAnsi="Arial" w:cs="Arial"/>
        </w:rPr>
        <w:t>7.2.2. Consult with you</w:t>
      </w:r>
    </w:p>
    <w:p w14:paraId="7CB8EF65" w14:textId="77777777" w:rsidR="00025D44" w:rsidRDefault="00025D44" w:rsidP="00025D44">
      <w:pPr>
        <w:spacing w:after="0" w:line="240" w:lineRule="auto"/>
        <w:rPr>
          <w:rFonts w:ascii="Arial" w:hAnsi="Arial" w:cs="Arial"/>
        </w:rPr>
      </w:pPr>
    </w:p>
    <w:p w14:paraId="4FD74D0C" w14:textId="2134AC0B" w:rsidR="000E7322" w:rsidRPr="002207B1" w:rsidRDefault="00200D8C" w:rsidP="00025D44">
      <w:pPr>
        <w:spacing w:after="0" w:line="240" w:lineRule="auto"/>
        <w:rPr>
          <w:rFonts w:ascii="Arial" w:hAnsi="Arial" w:cs="Arial"/>
        </w:rPr>
      </w:pPr>
      <w:r w:rsidRPr="002207B1">
        <w:rPr>
          <w:rFonts w:ascii="Arial" w:hAnsi="Arial" w:cs="Arial"/>
        </w:rPr>
        <w:t>7.2.3.Obtain up-to-date medical advice</w:t>
      </w:r>
    </w:p>
    <w:p w14:paraId="66009C0C" w14:textId="77777777" w:rsidR="00025D44" w:rsidRDefault="00025D44" w:rsidP="00025D44">
      <w:pPr>
        <w:spacing w:after="0" w:line="240" w:lineRule="auto"/>
        <w:rPr>
          <w:rFonts w:ascii="Arial" w:hAnsi="Arial" w:cs="Arial"/>
        </w:rPr>
      </w:pPr>
    </w:p>
    <w:p w14:paraId="11B39829" w14:textId="5DC4E7E1" w:rsidR="000E7322" w:rsidRPr="002207B1" w:rsidRDefault="00200D8C" w:rsidP="00025D44">
      <w:pPr>
        <w:spacing w:after="0" w:line="240" w:lineRule="auto"/>
        <w:rPr>
          <w:rFonts w:ascii="Arial" w:hAnsi="Arial" w:cs="Arial"/>
        </w:rPr>
      </w:pPr>
      <w:r w:rsidRPr="002207B1">
        <w:rPr>
          <w:rFonts w:ascii="Arial" w:hAnsi="Arial" w:cs="Arial"/>
        </w:rPr>
        <w:t xml:space="preserve">7.2.4.Advise you in writing as soon as it is established that termination of employment </w:t>
      </w:r>
    </w:p>
    <w:p w14:paraId="31E1055B" w14:textId="77777777" w:rsidR="000E7322" w:rsidRPr="002207B1" w:rsidRDefault="00200D8C" w:rsidP="00025D44">
      <w:pPr>
        <w:spacing w:after="0" w:line="240" w:lineRule="auto"/>
        <w:rPr>
          <w:rFonts w:ascii="Arial" w:hAnsi="Arial" w:cs="Arial"/>
        </w:rPr>
      </w:pPr>
      <w:r w:rsidRPr="002207B1">
        <w:rPr>
          <w:rFonts w:ascii="Arial" w:hAnsi="Arial" w:cs="Arial"/>
        </w:rPr>
        <w:t>has become a possibility</w:t>
      </w:r>
    </w:p>
    <w:p w14:paraId="0A215B29" w14:textId="77777777" w:rsidR="00025D44" w:rsidRDefault="00025D44" w:rsidP="00025D44">
      <w:pPr>
        <w:spacing w:after="0" w:line="240" w:lineRule="auto"/>
        <w:rPr>
          <w:rFonts w:ascii="Arial" w:hAnsi="Arial" w:cs="Arial"/>
        </w:rPr>
      </w:pPr>
    </w:p>
    <w:p w14:paraId="20975132" w14:textId="406F551F" w:rsidR="000E7322" w:rsidRPr="002207B1" w:rsidRDefault="00200D8C" w:rsidP="00025D44">
      <w:pPr>
        <w:spacing w:after="0" w:line="240" w:lineRule="auto"/>
        <w:rPr>
          <w:rFonts w:ascii="Arial" w:hAnsi="Arial" w:cs="Arial"/>
        </w:rPr>
      </w:pPr>
      <w:r w:rsidRPr="002207B1">
        <w:rPr>
          <w:rFonts w:ascii="Arial" w:hAnsi="Arial" w:cs="Arial"/>
        </w:rPr>
        <w:t xml:space="preserve">7.2.5. Discuss whether you may be able to access benefits from the Local Government </w:t>
      </w:r>
    </w:p>
    <w:p w14:paraId="6812BC89" w14:textId="77777777" w:rsidR="000E7322" w:rsidRPr="002207B1" w:rsidRDefault="00200D8C" w:rsidP="00025D44">
      <w:pPr>
        <w:spacing w:after="0" w:line="240" w:lineRule="auto"/>
        <w:rPr>
          <w:rFonts w:ascii="Arial" w:hAnsi="Arial" w:cs="Arial"/>
        </w:rPr>
      </w:pPr>
      <w:r w:rsidRPr="002207B1">
        <w:rPr>
          <w:rFonts w:ascii="Arial" w:hAnsi="Arial" w:cs="Arial"/>
        </w:rPr>
        <w:t>Pension Scheme (where appropriate)</w:t>
      </w:r>
    </w:p>
    <w:p w14:paraId="353AE681" w14:textId="77777777" w:rsidR="00025D44" w:rsidRDefault="00025D44" w:rsidP="00025D44">
      <w:pPr>
        <w:spacing w:after="0" w:line="240" w:lineRule="auto"/>
        <w:rPr>
          <w:rFonts w:ascii="Arial" w:hAnsi="Arial" w:cs="Arial"/>
        </w:rPr>
      </w:pPr>
    </w:p>
    <w:p w14:paraId="31D7B7A6" w14:textId="3CB2DFA7" w:rsidR="000E7322" w:rsidRPr="002207B1" w:rsidRDefault="00200D8C" w:rsidP="00025D44">
      <w:pPr>
        <w:spacing w:after="0" w:line="240" w:lineRule="auto"/>
        <w:rPr>
          <w:rFonts w:ascii="Arial" w:hAnsi="Arial" w:cs="Arial"/>
        </w:rPr>
      </w:pPr>
      <w:r w:rsidRPr="002207B1">
        <w:rPr>
          <w:rFonts w:ascii="Arial" w:hAnsi="Arial" w:cs="Arial"/>
        </w:rPr>
        <w:t xml:space="preserve">7.2.6. Meet with you to discuss the options and consider your views on continuing </w:t>
      </w:r>
    </w:p>
    <w:p w14:paraId="7F9775B4" w14:textId="563A5D12" w:rsidR="000E7322" w:rsidRPr="002207B1" w:rsidRDefault="00200D8C" w:rsidP="00025D44">
      <w:pPr>
        <w:spacing w:after="0" w:line="240" w:lineRule="auto"/>
        <w:rPr>
          <w:rFonts w:ascii="Arial" w:hAnsi="Arial" w:cs="Arial"/>
        </w:rPr>
      </w:pPr>
      <w:r w:rsidRPr="002207B1">
        <w:rPr>
          <w:rFonts w:ascii="Arial" w:hAnsi="Arial" w:cs="Arial"/>
        </w:rPr>
        <w:t>employment before any decisions are made, allowing you to be accompanied by a work colleague or trade union representative</w:t>
      </w:r>
    </w:p>
    <w:p w14:paraId="1E06B393" w14:textId="77777777" w:rsidR="00025D44" w:rsidRDefault="00025D44" w:rsidP="00025D44">
      <w:pPr>
        <w:spacing w:after="0" w:line="240" w:lineRule="auto"/>
        <w:rPr>
          <w:rFonts w:ascii="Arial" w:hAnsi="Arial" w:cs="Arial"/>
        </w:rPr>
      </w:pPr>
    </w:p>
    <w:p w14:paraId="708B7AD1" w14:textId="2FA9BEBA" w:rsidR="000E7322" w:rsidRPr="002207B1" w:rsidRDefault="00200D8C" w:rsidP="00025D44">
      <w:pPr>
        <w:spacing w:after="0" w:line="240" w:lineRule="auto"/>
        <w:rPr>
          <w:rFonts w:ascii="Arial" w:hAnsi="Arial" w:cs="Arial"/>
        </w:rPr>
      </w:pPr>
      <w:r w:rsidRPr="002207B1">
        <w:rPr>
          <w:rFonts w:ascii="Arial" w:hAnsi="Arial" w:cs="Arial"/>
        </w:rPr>
        <w:t xml:space="preserve">7.2.7. Review if there are any alternative jobs that you could do prior to taking any </w:t>
      </w:r>
    </w:p>
    <w:p w14:paraId="31F38AA7" w14:textId="77777777" w:rsidR="000E7322" w:rsidRPr="002207B1" w:rsidRDefault="00200D8C" w:rsidP="00025D44">
      <w:pPr>
        <w:spacing w:after="0" w:line="240" w:lineRule="auto"/>
        <w:rPr>
          <w:rFonts w:ascii="Arial" w:hAnsi="Arial" w:cs="Arial"/>
        </w:rPr>
      </w:pPr>
      <w:r w:rsidRPr="002207B1">
        <w:rPr>
          <w:rFonts w:ascii="Arial" w:hAnsi="Arial" w:cs="Arial"/>
        </w:rPr>
        <w:t>decision on whether or not to dismiss</w:t>
      </w:r>
    </w:p>
    <w:p w14:paraId="671B03B4" w14:textId="0223C541" w:rsidR="000E7322" w:rsidRPr="002207B1" w:rsidRDefault="00200D8C" w:rsidP="00025D44">
      <w:pPr>
        <w:spacing w:after="0" w:line="240" w:lineRule="auto"/>
        <w:rPr>
          <w:rFonts w:ascii="Arial" w:hAnsi="Arial" w:cs="Arial"/>
        </w:rPr>
      </w:pPr>
      <w:r w:rsidRPr="002207B1">
        <w:rPr>
          <w:rFonts w:ascii="Arial" w:hAnsi="Arial" w:cs="Arial"/>
        </w:rPr>
        <w:t>7.2.8.Allow a right of appeal against any decision to dismiss you on grounds of long-term ill health</w:t>
      </w:r>
    </w:p>
    <w:p w14:paraId="7B306D87" w14:textId="77777777" w:rsidR="00025D44" w:rsidRDefault="00025D44" w:rsidP="00025D44">
      <w:pPr>
        <w:spacing w:after="0" w:line="240" w:lineRule="auto"/>
        <w:rPr>
          <w:rFonts w:ascii="Arial" w:hAnsi="Arial" w:cs="Arial"/>
        </w:rPr>
      </w:pPr>
    </w:p>
    <w:p w14:paraId="126A04D5" w14:textId="34DF724B" w:rsidR="000E7322" w:rsidRPr="002207B1" w:rsidRDefault="00200D8C" w:rsidP="00025D44">
      <w:pPr>
        <w:spacing w:after="0" w:line="240" w:lineRule="auto"/>
        <w:rPr>
          <w:rFonts w:ascii="Arial" w:hAnsi="Arial" w:cs="Arial"/>
        </w:rPr>
      </w:pPr>
      <w:r w:rsidRPr="002207B1">
        <w:rPr>
          <w:rFonts w:ascii="Arial" w:hAnsi="Arial" w:cs="Arial"/>
        </w:rPr>
        <w:t>7.2.9.Following this meeting, inform you of the final decision</w:t>
      </w:r>
    </w:p>
    <w:p w14:paraId="77C5D425" w14:textId="77777777" w:rsidR="003C2484" w:rsidRDefault="003C2484" w:rsidP="00025D44">
      <w:pPr>
        <w:spacing w:after="0" w:line="240" w:lineRule="auto"/>
        <w:rPr>
          <w:rFonts w:ascii="Arial" w:hAnsi="Arial" w:cs="Arial"/>
          <w:b/>
          <w:bCs/>
        </w:rPr>
      </w:pPr>
    </w:p>
    <w:p w14:paraId="08481D33" w14:textId="75EF48B9" w:rsidR="000E7322" w:rsidRPr="002207B1" w:rsidRDefault="00200D8C" w:rsidP="00025D44">
      <w:pPr>
        <w:spacing w:after="0" w:line="240" w:lineRule="auto"/>
        <w:rPr>
          <w:rFonts w:ascii="Arial" w:hAnsi="Arial" w:cs="Arial"/>
          <w:b/>
          <w:bCs/>
        </w:rPr>
      </w:pPr>
      <w:r w:rsidRPr="002207B1">
        <w:rPr>
          <w:rFonts w:ascii="Arial" w:hAnsi="Arial" w:cs="Arial"/>
          <w:b/>
          <w:bCs/>
        </w:rPr>
        <w:t>8. Absence as a result of disability</w:t>
      </w:r>
    </w:p>
    <w:p w14:paraId="2DD72FC3" w14:textId="77777777" w:rsidR="00025D44" w:rsidRDefault="00025D44" w:rsidP="00025D44">
      <w:pPr>
        <w:spacing w:after="0" w:line="240" w:lineRule="auto"/>
        <w:rPr>
          <w:rFonts w:ascii="Arial" w:hAnsi="Arial" w:cs="Arial"/>
        </w:rPr>
      </w:pPr>
    </w:p>
    <w:p w14:paraId="56B11EBC" w14:textId="0BE6BC6C" w:rsidR="000E7322" w:rsidRPr="002207B1" w:rsidRDefault="00200D8C" w:rsidP="00025D44">
      <w:pPr>
        <w:spacing w:after="0" w:line="240" w:lineRule="auto"/>
        <w:rPr>
          <w:rFonts w:ascii="Arial" w:hAnsi="Arial" w:cs="Arial"/>
        </w:rPr>
      </w:pPr>
      <w:r w:rsidRPr="002207B1">
        <w:rPr>
          <w:rFonts w:ascii="Arial" w:hAnsi="Arial" w:cs="Arial"/>
        </w:rPr>
        <w:t xml:space="preserve">8.1. Where you experience sickness absence as a result of a disability it will be treated in line with the provisions contained within the Equality Act 2010 (formerly as part of the </w:t>
      </w:r>
    </w:p>
    <w:p w14:paraId="4655E96A" w14:textId="5FE147EB" w:rsidR="000E7322" w:rsidRPr="002207B1" w:rsidRDefault="00200D8C" w:rsidP="00025D44">
      <w:pPr>
        <w:spacing w:after="0" w:line="240" w:lineRule="auto"/>
        <w:rPr>
          <w:rFonts w:ascii="Arial" w:hAnsi="Arial" w:cs="Arial"/>
        </w:rPr>
      </w:pPr>
      <w:r w:rsidRPr="002207B1">
        <w:rPr>
          <w:rFonts w:ascii="Arial" w:hAnsi="Arial" w:cs="Arial"/>
        </w:rPr>
        <w:t>Disability Discrimination Act 1995). This will include considering whether any reasonable adjustments can be made.</w:t>
      </w:r>
    </w:p>
    <w:p w14:paraId="734A967B" w14:textId="77777777" w:rsidR="003C2484" w:rsidRDefault="003C2484" w:rsidP="00025D44">
      <w:pPr>
        <w:spacing w:after="0" w:line="240" w:lineRule="auto"/>
        <w:rPr>
          <w:rFonts w:ascii="Arial" w:hAnsi="Arial" w:cs="Arial"/>
          <w:b/>
          <w:bCs/>
        </w:rPr>
      </w:pPr>
    </w:p>
    <w:p w14:paraId="68E84ED6" w14:textId="7B6881DB" w:rsidR="000E7322" w:rsidRPr="002207B1" w:rsidRDefault="00200D8C" w:rsidP="00025D44">
      <w:pPr>
        <w:spacing w:after="0" w:line="240" w:lineRule="auto"/>
        <w:rPr>
          <w:rFonts w:ascii="Arial" w:hAnsi="Arial" w:cs="Arial"/>
          <w:b/>
          <w:bCs/>
        </w:rPr>
      </w:pPr>
      <w:r w:rsidRPr="002207B1">
        <w:rPr>
          <w:rFonts w:ascii="Arial" w:hAnsi="Arial" w:cs="Arial"/>
          <w:b/>
          <w:bCs/>
        </w:rPr>
        <w:t>9. Data protection</w:t>
      </w:r>
    </w:p>
    <w:p w14:paraId="20E8623E" w14:textId="77777777" w:rsidR="00025D44" w:rsidRDefault="00025D44" w:rsidP="00025D44">
      <w:pPr>
        <w:spacing w:after="0" w:line="240" w:lineRule="auto"/>
        <w:rPr>
          <w:rFonts w:ascii="Arial" w:hAnsi="Arial" w:cs="Arial"/>
        </w:rPr>
      </w:pPr>
    </w:p>
    <w:p w14:paraId="332564F3" w14:textId="33500BFB" w:rsidR="000E7322" w:rsidRPr="002207B1" w:rsidRDefault="00200D8C" w:rsidP="00025D44">
      <w:pPr>
        <w:spacing w:after="0" w:line="240" w:lineRule="auto"/>
        <w:rPr>
          <w:rFonts w:ascii="Arial" w:hAnsi="Arial" w:cs="Arial"/>
        </w:rPr>
      </w:pPr>
      <w:r w:rsidRPr="002207B1">
        <w:rPr>
          <w:rFonts w:ascii="Arial" w:hAnsi="Arial" w:cs="Arial"/>
        </w:rPr>
        <w:t xml:space="preserve">9.1. The Council will treat personal data collected during the absence management </w:t>
      </w:r>
    </w:p>
    <w:p w14:paraId="3C9E85C2" w14:textId="77777777" w:rsidR="000E7322" w:rsidRPr="002207B1" w:rsidRDefault="00200D8C" w:rsidP="00025D44">
      <w:pPr>
        <w:spacing w:after="0" w:line="240" w:lineRule="auto"/>
        <w:rPr>
          <w:rFonts w:ascii="Arial" w:hAnsi="Arial" w:cs="Arial"/>
        </w:rPr>
      </w:pPr>
      <w:r w:rsidRPr="002207B1">
        <w:rPr>
          <w:rFonts w:ascii="Arial" w:hAnsi="Arial" w:cs="Arial"/>
        </w:rPr>
        <w:t xml:space="preserve">process in accordance with its data protection policy on processing special categories </w:t>
      </w:r>
    </w:p>
    <w:p w14:paraId="77D473C8" w14:textId="6E5378B5" w:rsidR="000E7322" w:rsidRPr="002207B1" w:rsidRDefault="00200D8C" w:rsidP="00025D44">
      <w:pPr>
        <w:spacing w:after="0" w:line="240" w:lineRule="auto"/>
        <w:rPr>
          <w:rFonts w:ascii="Arial" w:hAnsi="Arial" w:cs="Arial"/>
        </w:rPr>
      </w:pPr>
      <w:r w:rsidRPr="002207B1">
        <w:rPr>
          <w:rFonts w:ascii="Arial" w:hAnsi="Arial" w:cs="Arial"/>
        </w:rPr>
        <w:lastRenderedPageBreak/>
        <w:t>of personal data. Information about how your data is used and the basis for processing your data will be provided in our employee privacy notice. When relying on legitimate interests as the legal ground for processing your data, you can object to the processing.</w:t>
      </w:r>
    </w:p>
    <w:p w14:paraId="3F587273" w14:textId="77777777" w:rsidR="00025D44" w:rsidRDefault="00025D44" w:rsidP="00025D44">
      <w:pPr>
        <w:spacing w:after="0" w:line="240" w:lineRule="auto"/>
        <w:rPr>
          <w:rFonts w:ascii="Arial" w:hAnsi="Arial" w:cs="Arial"/>
        </w:rPr>
      </w:pPr>
    </w:p>
    <w:p w14:paraId="2C6AC8B4" w14:textId="0E0DB7FF" w:rsidR="000E7322" w:rsidRPr="002207B1" w:rsidRDefault="00200D8C" w:rsidP="00025D44">
      <w:pPr>
        <w:spacing w:after="0" w:line="240" w:lineRule="auto"/>
        <w:rPr>
          <w:rFonts w:ascii="Arial" w:hAnsi="Arial" w:cs="Arial"/>
        </w:rPr>
      </w:pPr>
      <w:r w:rsidRPr="002207B1">
        <w:rPr>
          <w:rFonts w:ascii="Arial" w:hAnsi="Arial" w:cs="Arial"/>
        </w:rPr>
        <w:t>9.2. This is a non-contractual procedure which will be reviewed from time to time.</w:t>
      </w:r>
    </w:p>
    <w:sectPr w:rsidR="000E7322" w:rsidRPr="002207B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1268050">
    <w:abstractNumId w:val="8"/>
  </w:num>
  <w:num w:numId="2" w16cid:durableId="1636446546">
    <w:abstractNumId w:val="6"/>
  </w:num>
  <w:num w:numId="3" w16cid:durableId="383256788">
    <w:abstractNumId w:val="5"/>
  </w:num>
  <w:num w:numId="4" w16cid:durableId="1827625401">
    <w:abstractNumId w:val="4"/>
  </w:num>
  <w:num w:numId="5" w16cid:durableId="1856846222">
    <w:abstractNumId w:val="7"/>
  </w:num>
  <w:num w:numId="6" w16cid:durableId="370083022">
    <w:abstractNumId w:val="3"/>
  </w:num>
  <w:num w:numId="7" w16cid:durableId="391465716">
    <w:abstractNumId w:val="2"/>
  </w:num>
  <w:num w:numId="8" w16cid:durableId="1572538057">
    <w:abstractNumId w:val="1"/>
  </w:num>
  <w:num w:numId="9" w16cid:durableId="1789083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08C"/>
    <w:rsid w:val="00007C7B"/>
    <w:rsid w:val="00025D44"/>
    <w:rsid w:val="00034616"/>
    <w:rsid w:val="0006063C"/>
    <w:rsid w:val="000C6EE7"/>
    <w:rsid w:val="000E7322"/>
    <w:rsid w:val="00135464"/>
    <w:rsid w:val="0015074B"/>
    <w:rsid w:val="001743A7"/>
    <w:rsid w:val="001F6F29"/>
    <w:rsid w:val="002207B1"/>
    <w:rsid w:val="0026268E"/>
    <w:rsid w:val="0029639D"/>
    <w:rsid w:val="002B29CB"/>
    <w:rsid w:val="00326F90"/>
    <w:rsid w:val="003706A5"/>
    <w:rsid w:val="003C2484"/>
    <w:rsid w:val="0046661D"/>
    <w:rsid w:val="00495975"/>
    <w:rsid w:val="00512D00"/>
    <w:rsid w:val="005863B2"/>
    <w:rsid w:val="005E7B17"/>
    <w:rsid w:val="006B236A"/>
    <w:rsid w:val="007044D0"/>
    <w:rsid w:val="00733C00"/>
    <w:rsid w:val="00802499"/>
    <w:rsid w:val="008F4704"/>
    <w:rsid w:val="009839E7"/>
    <w:rsid w:val="009864C5"/>
    <w:rsid w:val="009C1C09"/>
    <w:rsid w:val="009D40E4"/>
    <w:rsid w:val="00A74B55"/>
    <w:rsid w:val="00A96B11"/>
    <w:rsid w:val="00A96B5C"/>
    <w:rsid w:val="00AA1D8D"/>
    <w:rsid w:val="00B028BF"/>
    <w:rsid w:val="00B3777D"/>
    <w:rsid w:val="00B47730"/>
    <w:rsid w:val="00CB0664"/>
    <w:rsid w:val="00CB1ED2"/>
    <w:rsid w:val="00D4158F"/>
    <w:rsid w:val="00E040EC"/>
    <w:rsid w:val="00E11FFC"/>
    <w:rsid w:val="00EC61CE"/>
    <w:rsid w:val="00EC675D"/>
    <w:rsid w:val="00F050AF"/>
    <w:rsid w:val="00F9051A"/>
    <w:rsid w:val="00FC5F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9C0B0C"/>
  <w14:defaultImageDpi w14:val="300"/>
  <w15:docId w15:val="{9F5F8F18-B11E-414D-86B4-94E95663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Kimberley Walker</cp:lastModifiedBy>
  <cp:revision>21</cp:revision>
  <dcterms:created xsi:type="dcterms:W3CDTF">2026-03-09T14:54:00Z</dcterms:created>
  <dcterms:modified xsi:type="dcterms:W3CDTF">2026-05-27T09:27:00Z</dcterms:modified>
  <cp:category/>
</cp:coreProperties>
</file>